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B6D4A" w:rsidRDefault="00000000" w:rsidP="00783792">
      <w:pPr>
        <w:pStyle w:val="Heading1"/>
        <w:spacing w:line="360" w:lineRule="auto"/>
        <w:jc w:val="center"/>
      </w:pPr>
      <w:r>
        <w:t>Year 8 – Unit 3: Processing Data</w:t>
      </w:r>
    </w:p>
    <w:p w:rsidR="005B6D4A" w:rsidRDefault="00000000" w:rsidP="00A4568E">
      <w:pPr>
        <w:spacing w:line="360" w:lineRule="auto"/>
      </w:pPr>
      <w:r>
        <w:t>Worksheet: Multiple Choice and Short Answer Questions</w:t>
      </w:r>
    </w:p>
    <w:p w:rsidR="005B6D4A" w:rsidRDefault="00000000" w:rsidP="00A4568E">
      <w:pPr>
        <w:spacing w:line="360" w:lineRule="auto"/>
      </w:pPr>
      <w:r>
        <w:t xml:space="preserve">Name: ___________________________    </w:t>
      </w:r>
      <w:r w:rsidR="00A4568E">
        <w:tab/>
      </w:r>
      <w:r w:rsidR="00A4568E">
        <w:tab/>
      </w:r>
      <w:r w:rsidR="00A4568E">
        <w:tab/>
      </w:r>
      <w:r w:rsidR="00A4568E">
        <w:tab/>
      </w:r>
      <w:r w:rsidR="00A4568E">
        <w:tab/>
      </w:r>
      <w:r w:rsidR="00A4568E">
        <w:tab/>
      </w:r>
      <w:r>
        <w:t>Date: __________</w:t>
      </w:r>
    </w:p>
    <w:p w:rsidR="005B6D4A" w:rsidRDefault="00000000" w:rsidP="00A4568E">
      <w:pPr>
        <w:pStyle w:val="Heading2"/>
        <w:spacing w:line="360" w:lineRule="auto"/>
      </w:pPr>
      <w:r>
        <w:t>Section A: Multiple Choice Questions (20 marks)</w:t>
      </w:r>
    </w:p>
    <w:p w:rsidR="005B6D4A" w:rsidRDefault="00000000" w:rsidP="00A4568E">
      <w:pPr>
        <w:spacing w:line="360" w:lineRule="auto"/>
      </w:pPr>
      <w:r>
        <w:t xml:space="preserve">Choose the correct answer and </w:t>
      </w:r>
      <w:r w:rsidR="009F772A">
        <w:t>highlight with yellow whether</w:t>
      </w:r>
      <w:r>
        <w:t xml:space="preserve"> A, B, C or D.</w:t>
      </w:r>
    </w:p>
    <w:p w:rsidR="005B6D4A" w:rsidRDefault="00000000" w:rsidP="00A4568E">
      <w:pPr>
        <w:spacing w:line="360" w:lineRule="auto"/>
      </w:pPr>
      <w:r>
        <w:t>1. What does CPU stand for?</w:t>
      </w:r>
      <w:r>
        <w:br/>
        <w:t>A. Central Process Unit</w:t>
      </w:r>
      <w:r>
        <w:br/>
        <w:t>B. Central Processing Unit</w:t>
      </w:r>
      <w:r>
        <w:br/>
        <w:t>C. Computer Personal Unit</w:t>
      </w:r>
      <w:r>
        <w:br/>
        <w:t>D. Core Processing Utility</w:t>
      </w:r>
    </w:p>
    <w:p w:rsidR="005B6D4A" w:rsidRDefault="00000000" w:rsidP="00A4568E">
      <w:pPr>
        <w:spacing w:line="360" w:lineRule="auto"/>
      </w:pPr>
      <w:r>
        <w:t>2. Which component stores data permanently?</w:t>
      </w:r>
      <w:r>
        <w:br/>
        <w:t>A. RAM</w:t>
      </w:r>
      <w:r>
        <w:br/>
        <w:t>B. CPU</w:t>
      </w:r>
      <w:r>
        <w:br/>
        <w:t>C. Hard drive</w:t>
      </w:r>
      <w:r>
        <w:br/>
        <w:t>D. PSU</w:t>
      </w:r>
    </w:p>
    <w:p w:rsidR="005B6D4A" w:rsidRDefault="00000000" w:rsidP="00A4568E">
      <w:pPr>
        <w:spacing w:line="360" w:lineRule="auto"/>
      </w:pPr>
      <w:r>
        <w:t>3. Which of the following is an example of wearable technology?</w:t>
      </w:r>
      <w:r>
        <w:br/>
        <w:t>A. Desktop computer</w:t>
      </w:r>
      <w:r>
        <w:br/>
        <w:t>B. Smartwatch</w:t>
      </w:r>
      <w:r>
        <w:br/>
        <w:t>C. Printer</w:t>
      </w:r>
      <w:r>
        <w:br/>
        <w:t>D. Keyboard</w:t>
      </w:r>
    </w:p>
    <w:p w:rsidR="005B6D4A" w:rsidRDefault="00000000" w:rsidP="00A4568E">
      <w:pPr>
        <w:spacing w:line="360" w:lineRule="auto"/>
      </w:pPr>
      <w:r>
        <w:t>4. What is the purpose of a logo?</w:t>
      </w:r>
      <w:r>
        <w:br/>
        <w:t>A. To store data</w:t>
      </w:r>
      <w:r>
        <w:br/>
        <w:t>B. To identify a brand</w:t>
      </w:r>
      <w:r>
        <w:br/>
        <w:t>C. To increase memory</w:t>
      </w:r>
      <w:r>
        <w:br/>
        <w:t>D. To calculate data</w:t>
      </w:r>
    </w:p>
    <w:p w:rsidR="005B6D4A" w:rsidRDefault="005B6D4A" w:rsidP="00A4568E">
      <w:pPr>
        <w:spacing w:line="360" w:lineRule="auto"/>
      </w:pPr>
    </w:p>
    <w:p w:rsidR="005B6D4A" w:rsidRDefault="00000000" w:rsidP="00A4568E">
      <w:pPr>
        <w:spacing w:line="360" w:lineRule="auto"/>
      </w:pPr>
      <w:r>
        <w:lastRenderedPageBreak/>
        <w:t>5. Which software is used to organise data in rows and columns?</w:t>
      </w:r>
      <w:r>
        <w:br/>
        <w:t>A. Word processor</w:t>
      </w:r>
      <w:r>
        <w:br/>
        <w:t>B. Spreadsheet</w:t>
      </w:r>
      <w:r>
        <w:br/>
        <w:t>C. Presentation software</w:t>
      </w:r>
      <w:r>
        <w:br/>
        <w:t>D. Browser</w:t>
      </w:r>
    </w:p>
    <w:p w:rsidR="005B6D4A" w:rsidRDefault="00000000" w:rsidP="00A4568E">
      <w:pPr>
        <w:spacing w:line="360" w:lineRule="auto"/>
      </w:pPr>
      <w:r>
        <w:t>6. Which symbol must every formula begin with in a spreadsheet?</w:t>
      </w:r>
      <w:r>
        <w:br/>
        <w:t>A. +</w:t>
      </w:r>
      <w:r>
        <w:br/>
        <w:t>B. -</w:t>
      </w:r>
      <w:r>
        <w:br/>
        <w:t>C. =</w:t>
      </w:r>
      <w:r>
        <w:br/>
        <w:t>D. *</w:t>
      </w:r>
    </w:p>
    <w:p w:rsidR="005B6D4A" w:rsidRDefault="00000000" w:rsidP="00A4568E">
      <w:pPr>
        <w:spacing w:line="360" w:lineRule="auto"/>
      </w:pPr>
      <w:r>
        <w:t>7. Which function calculates the total of selected cells?</w:t>
      </w:r>
      <w:r>
        <w:br/>
        <w:t>A. AVERAGE</w:t>
      </w:r>
      <w:r>
        <w:br/>
        <w:t>B. SUM</w:t>
      </w:r>
      <w:r>
        <w:br/>
        <w:t>C. MAX</w:t>
      </w:r>
      <w:r>
        <w:br/>
        <w:t>D. COUNT</w:t>
      </w:r>
    </w:p>
    <w:p w:rsidR="005B6D4A" w:rsidRDefault="00000000" w:rsidP="00A4568E">
      <w:pPr>
        <w:spacing w:line="360" w:lineRule="auto"/>
      </w:pPr>
      <w:r>
        <w:t>8. Which function finds the largest value?</w:t>
      </w:r>
      <w:r>
        <w:br/>
        <w:t>A. MAX</w:t>
      </w:r>
      <w:r>
        <w:br/>
        <w:t>B. MIN</w:t>
      </w:r>
      <w:r>
        <w:br/>
        <w:t>C. SUM</w:t>
      </w:r>
      <w:r>
        <w:br/>
        <w:t>D. COUNTIF</w:t>
      </w:r>
    </w:p>
    <w:p w:rsidR="005B6D4A" w:rsidRDefault="00000000" w:rsidP="00A4568E">
      <w:pPr>
        <w:spacing w:line="360" w:lineRule="auto"/>
      </w:pPr>
      <w:r>
        <w:t>9. What is the purpose of spreadsheet modelling?</w:t>
      </w:r>
      <w:r>
        <w:br/>
        <w:t>A. To draw images</w:t>
      </w:r>
      <w:r>
        <w:br/>
        <w:t>B. To test ‘what if’ scenarios</w:t>
      </w:r>
      <w:r>
        <w:br/>
        <w:t>C. To browse the internet</w:t>
      </w:r>
      <w:r>
        <w:br/>
        <w:t>D. To design logos</w:t>
      </w:r>
    </w:p>
    <w:p w:rsidR="005B6D4A" w:rsidRDefault="00000000" w:rsidP="00A4568E">
      <w:pPr>
        <w:spacing w:line="360" w:lineRule="auto"/>
      </w:pPr>
      <w:r>
        <w:t>10. Electronic waste is also known as:</w:t>
      </w:r>
      <w:r>
        <w:br/>
        <w:t>A. Plastic waste</w:t>
      </w:r>
      <w:r>
        <w:br/>
        <w:t>B. Paper waste</w:t>
      </w:r>
      <w:r>
        <w:br/>
        <w:t>C. E-waste</w:t>
      </w:r>
      <w:r>
        <w:br/>
        <w:t>D. Toxic waste</w:t>
      </w:r>
    </w:p>
    <w:p w:rsidR="005B6D4A" w:rsidRDefault="00000000" w:rsidP="00A4568E">
      <w:pPr>
        <w:spacing w:line="360" w:lineRule="auto"/>
      </w:pPr>
      <w:r>
        <w:lastRenderedPageBreak/>
        <w:t>11. Which chart is best for showing trends over time?</w:t>
      </w:r>
      <w:r>
        <w:br/>
        <w:t>A. Pie chart</w:t>
      </w:r>
      <w:r>
        <w:br/>
        <w:t>B. Line graph</w:t>
      </w:r>
      <w:r>
        <w:br/>
        <w:t>C. Bar chart</w:t>
      </w:r>
      <w:r>
        <w:br/>
        <w:t>D. Scatter graph</w:t>
      </w:r>
    </w:p>
    <w:p w:rsidR="005B6D4A" w:rsidRDefault="00000000" w:rsidP="00A4568E">
      <w:pPr>
        <w:spacing w:line="360" w:lineRule="auto"/>
      </w:pPr>
      <w:r>
        <w:t>12. Qualitative data is:</w:t>
      </w:r>
      <w:r>
        <w:br/>
        <w:t>A. Numerical data</w:t>
      </w:r>
      <w:r>
        <w:br/>
        <w:t>B. Measured data</w:t>
      </w:r>
      <w:r>
        <w:br/>
        <w:t>C. Descriptive data</w:t>
      </w:r>
      <w:r>
        <w:br/>
        <w:t>D. Calculated data</w:t>
      </w:r>
    </w:p>
    <w:p w:rsidR="005B6D4A" w:rsidRDefault="00000000" w:rsidP="00A4568E">
      <w:pPr>
        <w:spacing w:line="360" w:lineRule="auto"/>
      </w:pPr>
      <w:r>
        <w:t>13. Which function counts cells that meet a condition?</w:t>
      </w:r>
      <w:r>
        <w:br/>
        <w:t>A. COUNT</w:t>
      </w:r>
      <w:r>
        <w:br/>
        <w:t>B. SUM</w:t>
      </w:r>
      <w:r>
        <w:br/>
        <w:t>C. COUNTIF</w:t>
      </w:r>
      <w:r>
        <w:br/>
        <w:t>D. MIN</w:t>
      </w:r>
    </w:p>
    <w:p w:rsidR="005B6D4A" w:rsidRDefault="00000000" w:rsidP="00A4568E">
      <w:pPr>
        <w:spacing w:line="360" w:lineRule="auto"/>
      </w:pPr>
      <w:r>
        <w:t>14. What is bias in a survey?</w:t>
      </w:r>
      <w:r>
        <w:br/>
        <w:t>A. Accurate results</w:t>
      </w:r>
      <w:r>
        <w:br/>
        <w:t>B. Unfair influence on answers</w:t>
      </w:r>
      <w:r>
        <w:br/>
        <w:t>C. Large sample size</w:t>
      </w:r>
      <w:r>
        <w:br/>
        <w:t>D. Numerical data</w:t>
      </w:r>
    </w:p>
    <w:p w:rsidR="005B6D4A" w:rsidRDefault="00000000" w:rsidP="00A4568E">
      <w:pPr>
        <w:spacing w:line="360" w:lineRule="auto"/>
      </w:pPr>
      <w:r>
        <w:t>15. Which device supplies power to computer components?</w:t>
      </w:r>
      <w:r>
        <w:br/>
        <w:t>A. CPU</w:t>
      </w:r>
      <w:r>
        <w:br/>
        <w:t>B. PSU</w:t>
      </w:r>
      <w:r>
        <w:br/>
        <w:t>C. RAM</w:t>
      </w:r>
      <w:r>
        <w:br/>
        <w:t>D. Hard drive</w:t>
      </w:r>
    </w:p>
    <w:p w:rsidR="005B6D4A" w:rsidRDefault="00000000" w:rsidP="00A4568E">
      <w:pPr>
        <w:spacing w:line="360" w:lineRule="auto"/>
      </w:pPr>
      <w:r>
        <w:t>16. What does AR stand for?</w:t>
      </w:r>
      <w:r>
        <w:br/>
        <w:t>A. Advanced Reality</w:t>
      </w:r>
      <w:r>
        <w:br/>
        <w:t>B. Augmented Reality</w:t>
      </w:r>
      <w:r>
        <w:br/>
        <w:t>C. Automatic Response</w:t>
      </w:r>
      <w:r>
        <w:br/>
        <w:t>D. Artificial Response</w:t>
      </w:r>
    </w:p>
    <w:p w:rsidR="005B6D4A" w:rsidRDefault="00000000" w:rsidP="00A4568E">
      <w:pPr>
        <w:spacing w:line="360" w:lineRule="auto"/>
      </w:pPr>
      <w:r>
        <w:lastRenderedPageBreak/>
        <w:t>17. A spreadsheet cell reference like A1 refers to:</w:t>
      </w:r>
      <w:r>
        <w:br/>
        <w:t>A. A column only</w:t>
      </w:r>
      <w:r>
        <w:br/>
        <w:t>B. A row only</w:t>
      </w:r>
      <w:r>
        <w:br/>
        <w:t>C. A specific cell</w:t>
      </w:r>
      <w:r>
        <w:br/>
        <w:t>D. A worksheet</w:t>
      </w:r>
    </w:p>
    <w:p w:rsidR="005B6D4A" w:rsidRDefault="00000000" w:rsidP="00A4568E">
      <w:pPr>
        <w:spacing w:line="360" w:lineRule="auto"/>
      </w:pPr>
      <w:r>
        <w:t>18. Which of the following is a benefit of wearable technology?</w:t>
      </w:r>
      <w:r>
        <w:br/>
        <w:t>A. Increases pollution</w:t>
      </w:r>
      <w:r>
        <w:br/>
        <w:t>B. Tracks fitness data</w:t>
      </w:r>
      <w:r>
        <w:br/>
        <w:t>C. Reduces storage</w:t>
      </w:r>
      <w:r>
        <w:br/>
        <w:t>D. Slows performance</w:t>
      </w:r>
    </w:p>
    <w:p w:rsidR="005B6D4A" w:rsidRDefault="00000000" w:rsidP="00A4568E">
      <w:pPr>
        <w:spacing w:line="360" w:lineRule="auto"/>
      </w:pPr>
      <w:r>
        <w:t>19. Which data type would you use for money?</w:t>
      </w:r>
      <w:r>
        <w:br/>
        <w:t>A. Date</w:t>
      </w:r>
      <w:r>
        <w:br/>
        <w:t>B. Text</w:t>
      </w:r>
      <w:r>
        <w:br/>
        <w:t>C. Currency</w:t>
      </w:r>
      <w:r>
        <w:br/>
        <w:t>D. Percentage</w:t>
      </w:r>
    </w:p>
    <w:p w:rsidR="005B6D4A" w:rsidRDefault="00000000" w:rsidP="00A4568E">
      <w:pPr>
        <w:spacing w:line="360" w:lineRule="auto"/>
      </w:pPr>
      <w:r>
        <w:t>20. What does the AVERAGE function calculate?</w:t>
      </w:r>
      <w:r>
        <w:br/>
        <w:t>A. The largest number</w:t>
      </w:r>
      <w:r>
        <w:br/>
        <w:t>B. The total</w:t>
      </w:r>
      <w:r>
        <w:br/>
        <w:t>C. The middle value of a set</w:t>
      </w:r>
      <w:r>
        <w:br/>
        <w:t>D. The number of cells</w:t>
      </w:r>
    </w:p>
    <w:p w:rsidR="005B6D4A" w:rsidRDefault="00A4568E" w:rsidP="00800BFC">
      <w:r>
        <w:br w:type="page"/>
      </w:r>
    </w:p>
    <w:p w:rsidR="005B6D4A" w:rsidRDefault="00000000" w:rsidP="00A4568E">
      <w:pPr>
        <w:pStyle w:val="Heading2"/>
        <w:spacing w:line="360" w:lineRule="auto"/>
      </w:pPr>
      <w:r>
        <w:lastRenderedPageBreak/>
        <w:t>Section B: Short Answer Questions (20 marks)</w:t>
      </w:r>
    </w:p>
    <w:p w:rsidR="005B6D4A" w:rsidRDefault="00000000" w:rsidP="00A4568E">
      <w:pPr>
        <w:spacing w:line="360" w:lineRule="auto"/>
      </w:pPr>
      <w:r>
        <w:t>Answer the following questions in the space provided.</w:t>
      </w:r>
    </w:p>
    <w:p w:rsidR="005B6D4A" w:rsidRDefault="00000000" w:rsidP="00A4568E">
      <w:pPr>
        <w:spacing w:line="360" w:lineRule="auto"/>
      </w:pPr>
      <w:r>
        <w:t>1. Describe the difference between hardware and software.</w:t>
      </w:r>
    </w:p>
    <w:p w:rsidR="005B6D4A" w:rsidRDefault="00000000" w:rsidP="00A4568E">
      <w:pPr>
        <w:spacing w:line="360" w:lineRule="auto"/>
      </w:pPr>
      <w:r>
        <w:t>________________________________________________________________________</w:t>
      </w:r>
    </w:p>
    <w:p w:rsidR="005B6D4A" w:rsidRDefault="00000000" w:rsidP="00A4568E">
      <w:pPr>
        <w:spacing w:line="360" w:lineRule="auto"/>
      </w:pPr>
      <w:r>
        <w:t>________________________________________________________________________</w:t>
      </w:r>
    </w:p>
    <w:p w:rsidR="005B6D4A" w:rsidRDefault="005B6D4A" w:rsidP="00A4568E">
      <w:pPr>
        <w:spacing w:line="360" w:lineRule="auto"/>
      </w:pPr>
    </w:p>
    <w:p w:rsidR="005B6D4A" w:rsidRDefault="00000000" w:rsidP="00A4568E">
      <w:pPr>
        <w:spacing w:line="360" w:lineRule="auto"/>
      </w:pPr>
      <w:r>
        <w:t>2. Name three types of computer.</w:t>
      </w:r>
    </w:p>
    <w:p w:rsidR="005B6D4A" w:rsidRDefault="00000000" w:rsidP="00A4568E">
      <w:pPr>
        <w:spacing w:line="360" w:lineRule="auto"/>
      </w:pPr>
      <w:r>
        <w:t>________________________________________________________________________</w:t>
      </w:r>
    </w:p>
    <w:p w:rsidR="005B6D4A" w:rsidRDefault="00000000" w:rsidP="00A4568E">
      <w:pPr>
        <w:spacing w:line="360" w:lineRule="auto"/>
      </w:pPr>
      <w:r>
        <w:t>________________________________________________________________________</w:t>
      </w:r>
    </w:p>
    <w:p w:rsidR="005B6D4A" w:rsidRDefault="005B6D4A" w:rsidP="00A4568E">
      <w:pPr>
        <w:spacing w:line="360" w:lineRule="auto"/>
      </w:pPr>
    </w:p>
    <w:p w:rsidR="005B6D4A" w:rsidRDefault="00000000" w:rsidP="00A4568E">
      <w:pPr>
        <w:spacing w:line="360" w:lineRule="auto"/>
      </w:pPr>
      <w:r>
        <w:t>3. Explain what wearable technology means.</w:t>
      </w:r>
    </w:p>
    <w:p w:rsidR="005B6D4A" w:rsidRDefault="00000000" w:rsidP="00A4568E">
      <w:pPr>
        <w:spacing w:line="360" w:lineRule="auto"/>
      </w:pPr>
      <w:r>
        <w:t>________________________________________________________________________</w:t>
      </w:r>
    </w:p>
    <w:p w:rsidR="005B6D4A" w:rsidRDefault="00000000" w:rsidP="00A4568E">
      <w:pPr>
        <w:spacing w:line="360" w:lineRule="auto"/>
      </w:pPr>
      <w:r>
        <w:t>________________________________________________________________________</w:t>
      </w:r>
    </w:p>
    <w:p w:rsidR="005B6D4A" w:rsidRDefault="005B6D4A" w:rsidP="00A4568E">
      <w:pPr>
        <w:spacing w:line="360" w:lineRule="auto"/>
      </w:pPr>
    </w:p>
    <w:p w:rsidR="005B6D4A" w:rsidRDefault="00000000" w:rsidP="00A4568E">
      <w:pPr>
        <w:spacing w:line="360" w:lineRule="auto"/>
      </w:pPr>
      <w:r>
        <w:t>4. Give two advantages of using a logo for a company.</w:t>
      </w:r>
    </w:p>
    <w:p w:rsidR="005B6D4A" w:rsidRDefault="00000000" w:rsidP="00A4568E">
      <w:pPr>
        <w:spacing w:line="360" w:lineRule="auto"/>
      </w:pPr>
      <w:r>
        <w:t>________________________________________________________________________</w:t>
      </w:r>
    </w:p>
    <w:p w:rsidR="005B6D4A" w:rsidRDefault="00000000" w:rsidP="00A4568E">
      <w:pPr>
        <w:spacing w:line="360" w:lineRule="auto"/>
      </w:pPr>
      <w:r>
        <w:t>________________________________________________________________________</w:t>
      </w:r>
    </w:p>
    <w:p w:rsidR="00800BFC" w:rsidRDefault="00800BFC" w:rsidP="00A4568E">
      <w:pPr>
        <w:spacing w:line="360" w:lineRule="auto"/>
      </w:pPr>
    </w:p>
    <w:p w:rsidR="005B6D4A" w:rsidRDefault="00000000" w:rsidP="00A4568E">
      <w:pPr>
        <w:spacing w:line="360" w:lineRule="auto"/>
      </w:pPr>
      <w:r>
        <w:t>5. State two purposes of using spreadsheets.</w:t>
      </w:r>
    </w:p>
    <w:p w:rsidR="005B6D4A" w:rsidRDefault="00000000" w:rsidP="00A4568E">
      <w:pPr>
        <w:spacing w:line="360" w:lineRule="auto"/>
      </w:pPr>
      <w:r>
        <w:t>________________________________________________________________________</w:t>
      </w:r>
    </w:p>
    <w:p w:rsidR="005B6D4A" w:rsidRDefault="00000000" w:rsidP="00A4568E">
      <w:pPr>
        <w:spacing w:line="360" w:lineRule="auto"/>
      </w:pPr>
      <w:r>
        <w:t>________________________________________________________________________</w:t>
      </w:r>
    </w:p>
    <w:p w:rsidR="005B6D4A" w:rsidRDefault="005B6D4A" w:rsidP="00A4568E">
      <w:pPr>
        <w:spacing w:line="360" w:lineRule="auto"/>
      </w:pPr>
    </w:p>
    <w:p w:rsidR="005B6D4A" w:rsidRDefault="00000000" w:rsidP="00A4568E">
      <w:pPr>
        <w:spacing w:line="360" w:lineRule="auto"/>
      </w:pPr>
      <w:r>
        <w:lastRenderedPageBreak/>
        <w:t>6. Write a formula to add the values in cells A1 to A5.</w:t>
      </w:r>
    </w:p>
    <w:p w:rsidR="005B6D4A" w:rsidRDefault="00000000" w:rsidP="00A4568E">
      <w:pPr>
        <w:spacing w:line="360" w:lineRule="auto"/>
      </w:pPr>
      <w:r>
        <w:t>________________________________________________________________________</w:t>
      </w:r>
    </w:p>
    <w:p w:rsidR="005B6D4A" w:rsidRDefault="00000000" w:rsidP="00A4568E">
      <w:pPr>
        <w:spacing w:line="360" w:lineRule="auto"/>
      </w:pPr>
      <w:r>
        <w:t>________________________________________________________________________</w:t>
      </w:r>
    </w:p>
    <w:p w:rsidR="005B6D4A" w:rsidRDefault="005B6D4A" w:rsidP="00A4568E">
      <w:pPr>
        <w:spacing w:line="360" w:lineRule="auto"/>
      </w:pPr>
    </w:p>
    <w:p w:rsidR="005B6D4A" w:rsidRDefault="00000000" w:rsidP="00A4568E">
      <w:pPr>
        <w:spacing w:line="360" w:lineRule="auto"/>
      </w:pPr>
      <w:r>
        <w:t>7. Explain the purpose of the MAX function.</w:t>
      </w:r>
    </w:p>
    <w:p w:rsidR="005B6D4A" w:rsidRDefault="00000000" w:rsidP="00A4568E">
      <w:pPr>
        <w:spacing w:line="360" w:lineRule="auto"/>
      </w:pPr>
      <w:r>
        <w:t>________________________________________________________________________</w:t>
      </w:r>
    </w:p>
    <w:p w:rsidR="005B6D4A" w:rsidRDefault="00000000" w:rsidP="00A4568E">
      <w:pPr>
        <w:spacing w:line="360" w:lineRule="auto"/>
      </w:pPr>
      <w:r>
        <w:t>________________________________________________________________________</w:t>
      </w:r>
    </w:p>
    <w:p w:rsidR="005B6D4A" w:rsidRDefault="005B6D4A" w:rsidP="00A4568E">
      <w:pPr>
        <w:spacing w:line="360" w:lineRule="auto"/>
      </w:pPr>
    </w:p>
    <w:p w:rsidR="005B6D4A" w:rsidRDefault="00000000" w:rsidP="00A4568E">
      <w:pPr>
        <w:spacing w:line="360" w:lineRule="auto"/>
      </w:pPr>
      <w:r>
        <w:t>8. Describe what a ‘what if’ scenario is in spreadsheet modelling.</w:t>
      </w:r>
    </w:p>
    <w:p w:rsidR="005B6D4A" w:rsidRDefault="00000000" w:rsidP="00A4568E">
      <w:pPr>
        <w:spacing w:line="360" w:lineRule="auto"/>
      </w:pPr>
      <w:r>
        <w:t>________________________________________________________________________</w:t>
      </w:r>
    </w:p>
    <w:p w:rsidR="005B6D4A" w:rsidRDefault="00000000" w:rsidP="00A4568E">
      <w:pPr>
        <w:spacing w:line="360" w:lineRule="auto"/>
      </w:pPr>
      <w:r>
        <w:t>________________________________________________________________________</w:t>
      </w:r>
    </w:p>
    <w:p w:rsidR="005B6D4A" w:rsidRDefault="005B6D4A" w:rsidP="00A4568E">
      <w:pPr>
        <w:spacing w:line="360" w:lineRule="auto"/>
      </w:pPr>
    </w:p>
    <w:p w:rsidR="005B6D4A" w:rsidRDefault="00000000" w:rsidP="00A4568E">
      <w:pPr>
        <w:spacing w:line="360" w:lineRule="auto"/>
      </w:pPr>
      <w:r>
        <w:t>9. Give two examples of environmental impacts of technology.</w:t>
      </w:r>
    </w:p>
    <w:p w:rsidR="005B6D4A" w:rsidRDefault="00000000" w:rsidP="00A4568E">
      <w:pPr>
        <w:spacing w:line="360" w:lineRule="auto"/>
      </w:pPr>
      <w:r>
        <w:t>________________________________________________________________________</w:t>
      </w:r>
    </w:p>
    <w:p w:rsidR="005B6D4A" w:rsidRDefault="00000000" w:rsidP="00A4568E">
      <w:pPr>
        <w:spacing w:line="360" w:lineRule="auto"/>
      </w:pPr>
      <w:r>
        <w:t>________________________________________________________________________</w:t>
      </w:r>
    </w:p>
    <w:p w:rsidR="005B6D4A" w:rsidRDefault="005B6D4A" w:rsidP="00A4568E">
      <w:pPr>
        <w:spacing w:line="360" w:lineRule="auto"/>
      </w:pPr>
    </w:p>
    <w:p w:rsidR="005B6D4A" w:rsidRDefault="00000000" w:rsidP="00A4568E">
      <w:pPr>
        <w:spacing w:line="360" w:lineRule="auto"/>
      </w:pPr>
      <w:r>
        <w:t>10. Explain what an infographic is.</w:t>
      </w:r>
    </w:p>
    <w:p w:rsidR="005B6D4A" w:rsidRDefault="00000000" w:rsidP="00A4568E">
      <w:pPr>
        <w:spacing w:line="360" w:lineRule="auto"/>
      </w:pPr>
      <w:r>
        <w:t>________________________________________________________________________</w:t>
      </w:r>
    </w:p>
    <w:p w:rsidR="005B6D4A" w:rsidRDefault="00000000" w:rsidP="00A4568E">
      <w:pPr>
        <w:spacing w:line="360" w:lineRule="auto"/>
      </w:pPr>
      <w:r>
        <w:t>________________________________________________________________________</w:t>
      </w:r>
    </w:p>
    <w:p w:rsidR="005B6D4A" w:rsidRDefault="005B6D4A" w:rsidP="00A4568E">
      <w:pPr>
        <w:spacing w:line="360" w:lineRule="auto"/>
      </w:pPr>
    </w:p>
    <w:p w:rsidR="00800BFC" w:rsidRDefault="00800BFC" w:rsidP="00A4568E">
      <w:pPr>
        <w:spacing w:line="360" w:lineRule="auto"/>
      </w:pPr>
    </w:p>
    <w:p w:rsidR="00800BFC" w:rsidRDefault="00800BFC" w:rsidP="00A4568E">
      <w:pPr>
        <w:spacing w:line="360" w:lineRule="auto"/>
      </w:pPr>
    </w:p>
    <w:p w:rsidR="005B6D4A" w:rsidRDefault="00000000" w:rsidP="00A4568E">
      <w:pPr>
        <w:spacing w:line="360" w:lineRule="auto"/>
      </w:pPr>
      <w:r>
        <w:lastRenderedPageBreak/>
        <w:t>11. State two ways surveys can be carried out.</w:t>
      </w:r>
    </w:p>
    <w:p w:rsidR="005B6D4A" w:rsidRDefault="00000000" w:rsidP="00A4568E">
      <w:pPr>
        <w:spacing w:line="360" w:lineRule="auto"/>
      </w:pPr>
      <w:r>
        <w:t>________________________________________________________________________</w:t>
      </w:r>
    </w:p>
    <w:p w:rsidR="005B6D4A" w:rsidRDefault="00000000" w:rsidP="00A4568E">
      <w:pPr>
        <w:spacing w:line="360" w:lineRule="auto"/>
      </w:pPr>
      <w:r>
        <w:t>________________________________________________________________________</w:t>
      </w:r>
    </w:p>
    <w:p w:rsidR="005B6D4A" w:rsidRDefault="005B6D4A" w:rsidP="00A4568E">
      <w:pPr>
        <w:spacing w:line="360" w:lineRule="auto"/>
      </w:pPr>
    </w:p>
    <w:p w:rsidR="005B6D4A" w:rsidRDefault="00000000" w:rsidP="00A4568E">
      <w:pPr>
        <w:spacing w:line="360" w:lineRule="auto"/>
      </w:pPr>
      <w:r>
        <w:t>12. Explain the difference between qualitative and quantitative data.</w:t>
      </w:r>
    </w:p>
    <w:p w:rsidR="005B6D4A" w:rsidRDefault="00000000" w:rsidP="00A4568E">
      <w:pPr>
        <w:spacing w:line="360" w:lineRule="auto"/>
      </w:pPr>
      <w:r>
        <w:t>________________________________________________________________________</w:t>
      </w:r>
    </w:p>
    <w:p w:rsidR="005B6D4A" w:rsidRDefault="00000000" w:rsidP="00A4568E">
      <w:pPr>
        <w:spacing w:line="360" w:lineRule="auto"/>
      </w:pPr>
      <w:r>
        <w:t>________________________________________________________________________</w:t>
      </w:r>
    </w:p>
    <w:p w:rsidR="005B6D4A" w:rsidRDefault="005B6D4A" w:rsidP="00A4568E">
      <w:pPr>
        <w:spacing w:line="360" w:lineRule="auto"/>
      </w:pPr>
    </w:p>
    <w:p w:rsidR="005B6D4A" w:rsidRDefault="00000000" w:rsidP="00A4568E">
      <w:pPr>
        <w:spacing w:line="360" w:lineRule="auto"/>
      </w:pPr>
      <w:r>
        <w:t>13. Describe what the COUNT function does.</w:t>
      </w:r>
    </w:p>
    <w:p w:rsidR="005B6D4A" w:rsidRDefault="00000000" w:rsidP="00A4568E">
      <w:pPr>
        <w:spacing w:line="360" w:lineRule="auto"/>
      </w:pPr>
      <w:r>
        <w:t>________________________________________________________________________</w:t>
      </w:r>
    </w:p>
    <w:p w:rsidR="005B6D4A" w:rsidRDefault="00000000" w:rsidP="00A4568E">
      <w:pPr>
        <w:spacing w:line="360" w:lineRule="auto"/>
      </w:pPr>
      <w:r>
        <w:t>________________________________________________________________________</w:t>
      </w:r>
    </w:p>
    <w:p w:rsidR="005B6D4A" w:rsidRDefault="005B6D4A" w:rsidP="00A4568E">
      <w:pPr>
        <w:spacing w:line="360" w:lineRule="auto"/>
      </w:pPr>
    </w:p>
    <w:p w:rsidR="005B6D4A" w:rsidRDefault="00000000" w:rsidP="00A4568E">
      <w:pPr>
        <w:spacing w:line="360" w:lineRule="auto"/>
      </w:pPr>
      <w:r>
        <w:t>14. Give one advantage and one disadvantage of wearable technology.</w:t>
      </w:r>
    </w:p>
    <w:p w:rsidR="005B6D4A" w:rsidRDefault="00000000" w:rsidP="00A4568E">
      <w:pPr>
        <w:spacing w:line="360" w:lineRule="auto"/>
      </w:pPr>
      <w:r>
        <w:t>________________________________________________________________________</w:t>
      </w:r>
    </w:p>
    <w:p w:rsidR="005B6D4A" w:rsidRDefault="00000000" w:rsidP="00A4568E">
      <w:pPr>
        <w:spacing w:line="360" w:lineRule="auto"/>
      </w:pPr>
      <w:r>
        <w:t>________________________________________________________________________</w:t>
      </w:r>
    </w:p>
    <w:p w:rsidR="005B6D4A" w:rsidRDefault="005B6D4A" w:rsidP="00A4568E">
      <w:pPr>
        <w:spacing w:line="360" w:lineRule="auto"/>
      </w:pPr>
    </w:p>
    <w:p w:rsidR="005B6D4A" w:rsidRDefault="00000000" w:rsidP="00A4568E">
      <w:pPr>
        <w:spacing w:line="360" w:lineRule="auto"/>
      </w:pPr>
      <w:r>
        <w:t>15. Explain why large sample sizes improve reliability in surveys.</w:t>
      </w:r>
    </w:p>
    <w:p w:rsidR="005B6D4A" w:rsidRDefault="00000000" w:rsidP="00A4568E">
      <w:pPr>
        <w:spacing w:line="360" w:lineRule="auto"/>
      </w:pPr>
      <w:r>
        <w:t>________________________________________________________________________</w:t>
      </w:r>
    </w:p>
    <w:p w:rsidR="005B6D4A" w:rsidRDefault="00000000" w:rsidP="00A4568E">
      <w:pPr>
        <w:spacing w:line="360" w:lineRule="auto"/>
      </w:pPr>
      <w:r>
        <w:t>________________________________________________________________________</w:t>
      </w:r>
    </w:p>
    <w:p w:rsidR="005B6D4A" w:rsidRDefault="005B6D4A" w:rsidP="00A4568E">
      <w:pPr>
        <w:spacing w:line="360" w:lineRule="auto"/>
      </w:pPr>
    </w:p>
    <w:p w:rsidR="00800BFC" w:rsidRDefault="00800BFC" w:rsidP="00A4568E">
      <w:pPr>
        <w:spacing w:line="360" w:lineRule="auto"/>
      </w:pPr>
    </w:p>
    <w:p w:rsidR="00800BFC" w:rsidRDefault="00800BFC" w:rsidP="00A4568E">
      <w:pPr>
        <w:spacing w:line="360" w:lineRule="auto"/>
      </w:pPr>
    </w:p>
    <w:p w:rsidR="005B6D4A" w:rsidRDefault="00000000" w:rsidP="00A4568E">
      <w:pPr>
        <w:spacing w:line="360" w:lineRule="auto"/>
      </w:pPr>
      <w:r>
        <w:lastRenderedPageBreak/>
        <w:t>16. Describe what a motherboard does.</w:t>
      </w:r>
    </w:p>
    <w:p w:rsidR="005B6D4A" w:rsidRDefault="00000000" w:rsidP="00A4568E">
      <w:pPr>
        <w:spacing w:line="360" w:lineRule="auto"/>
      </w:pPr>
      <w:r>
        <w:t>________________________________________________________________________</w:t>
      </w:r>
    </w:p>
    <w:p w:rsidR="005B6D4A" w:rsidRDefault="00000000" w:rsidP="00A4568E">
      <w:pPr>
        <w:spacing w:line="360" w:lineRule="auto"/>
      </w:pPr>
      <w:r>
        <w:t>________________________________________________________________________</w:t>
      </w:r>
    </w:p>
    <w:p w:rsidR="005B6D4A" w:rsidRDefault="005B6D4A" w:rsidP="00A4568E">
      <w:pPr>
        <w:spacing w:line="360" w:lineRule="auto"/>
      </w:pPr>
    </w:p>
    <w:p w:rsidR="005B6D4A" w:rsidRDefault="00000000" w:rsidP="00A4568E">
      <w:pPr>
        <w:spacing w:line="360" w:lineRule="auto"/>
      </w:pPr>
      <w:r>
        <w:t>17. Explain why formatting is important in spreadsheets.</w:t>
      </w:r>
    </w:p>
    <w:p w:rsidR="005B6D4A" w:rsidRDefault="00000000" w:rsidP="00A4568E">
      <w:pPr>
        <w:spacing w:line="360" w:lineRule="auto"/>
      </w:pPr>
      <w:r>
        <w:t>________________________________________________________________________</w:t>
      </w:r>
    </w:p>
    <w:p w:rsidR="005B6D4A" w:rsidRDefault="00000000" w:rsidP="00A4568E">
      <w:pPr>
        <w:spacing w:line="360" w:lineRule="auto"/>
      </w:pPr>
      <w:r>
        <w:t>________________________________________________________________________</w:t>
      </w:r>
    </w:p>
    <w:p w:rsidR="005B6D4A" w:rsidRDefault="005B6D4A" w:rsidP="00A4568E">
      <w:pPr>
        <w:spacing w:line="360" w:lineRule="auto"/>
      </w:pPr>
    </w:p>
    <w:p w:rsidR="005B6D4A" w:rsidRDefault="00000000" w:rsidP="00A4568E">
      <w:pPr>
        <w:spacing w:line="360" w:lineRule="auto"/>
      </w:pPr>
      <w:r>
        <w:t>18. Give two features of a good chart.</w:t>
      </w:r>
    </w:p>
    <w:p w:rsidR="005B6D4A" w:rsidRDefault="00000000" w:rsidP="00A4568E">
      <w:pPr>
        <w:spacing w:line="360" w:lineRule="auto"/>
      </w:pPr>
      <w:r>
        <w:t>________________________________________________________________________</w:t>
      </w:r>
    </w:p>
    <w:p w:rsidR="005B6D4A" w:rsidRDefault="00000000" w:rsidP="00A4568E">
      <w:pPr>
        <w:spacing w:line="360" w:lineRule="auto"/>
      </w:pPr>
      <w:r>
        <w:t>________________________________________________________________________</w:t>
      </w:r>
    </w:p>
    <w:p w:rsidR="005B6D4A" w:rsidRDefault="005B6D4A" w:rsidP="00A4568E">
      <w:pPr>
        <w:spacing w:line="360" w:lineRule="auto"/>
      </w:pPr>
    </w:p>
    <w:p w:rsidR="005B6D4A" w:rsidRDefault="00000000" w:rsidP="00A4568E">
      <w:pPr>
        <w:spacing w:line="360" w:lineRule="auto"/>
      </w:pPr>
      <w:r>
        <w:t>19. Explain what bias means in questionnaires.</w:t>
      </w:r>
    </w:p>
    <w:p w:rsidR="005B6D4A" w:rsidRDefault="00000000" w:rsidP="00A4568E">
      <w:pPr>
        <w:spacing w:line="360" w:lineRule="auto"/>
      </w:pPr>
      <w:r>
        <w:t>________________________________________________________________________</w:t>
      </w:r>
    </w:p>
    <w:p w:rsidR="005B6D4A" w:rsidRDefault="00000000" w:rsidP="00A4568E">
      <w:pPr>
        <w:spacing w:line="360" w:lineRule="auto"/>
      </w:pPr>
      <w:r>
        <w:t>________________________________________________________________________</w:t>
      </w:r>
    </w:p>
    <w:p w:rsidR="005B6D4A" w:rsidRDefault="005B6D4A" w:rsidP="00A4568E">
      <w:pPr>
        <w:spacing w:line="360" w:lineRule="auto"/>
      </w:pPr>
    </w:p>
    <w:p w:rsidR="005B6D4A" w:rsidRDefault="00000000" w:rsidP="00A4568E">
      <w:pPr>
        <w:spacing w:line="360" w:lineRule="auto"/>
      </w:pPr>
      <w:r>
        <w:t>20. Describe the purpose of goal seek in spreadsheet modelling.</w:t>
      </w:r>
    </w:p>
    <w:p w:rsidR="005B6D4A" w:rsidRDefault="00000000" w:rsidP="00A4568E">
      <w:pPr>
        <w:spacing w:line="360" w:lineRule="auto"/>
      </w:pPr>
      <w:r>
        <w:t>________________________________________________________________________</w:t>
      </w:r>
    </w:p>
    <w:p w:rsidR="005B6D4A" w:rsidRDefault="00000000" w:rsidP="00A4568E">
      <w:pPr>
        <w:spacing w:line="360" w:lineRule="auto"/>
      </w:pPr>
      <w:r>
        <w:t>________________________________________________________________________</w:t>
      </w:r>
    </w:p>
    <w:p w:rsidR="005B6D4A" w:rsidRDefault="005B6D4A" w:rsidP="00A4568E">
      <w:pPr>
        <w:spacing w:line="360" w:lineRule="auto"/>
      </w:pPr>
    </w:p>
    <w:sectPr w:rsidR="005B6D4A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902447561">
    <w:abstractNumId w:val="8"/>
  </w:num>
  <w:num w:numId="2" w16cid:durableId="689264721">
    <w:abstractNumId w:val="6"/>
  </w:num>
  <w:num w:numId="3" w16cid:durableId="1783112553">
    <w:abstractNumId w:val="5"/>
  </w:num>
  <w:num w:numId="4" w16cid:durableId="1237132994">
    <w:abstractNumId w:val="4"/>
  </w:num>
  <w:num w:numId="5" w16cid:durableId="1426077176">
    <w:abstractNumId w:val="7"/>
  </w:num>
  <w:num w:numId="6" w16cid:durableId="908929563">
    <w:abstractNumId w:val="3"/>
  </w:num>
  <w:num w:numId="7" w16cid:durableId="1677730253">
    <w:abstractNumId w:val="2"/>
  </w:num>
  <w:num w:numId="8" w16cid:durableId="675113528">
    <w:abstractNumId w:val="1"/>
  </w:num>
  <w:num w:numId="9" w16cid:durableId="20942792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3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5B6D4A"/>
    <w:rsid w:val="00783792"/>
    <w:rsid w:val="00800BFC"/>
    <w:rsid w:val="009F772A"/>
    <w:rsid w:val="00A4568E"/>
    <w:rsid w:val="00AA122D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BF99212"/>
  <w14:defaultImageDpi w14:val="300"/>
  <w15:docId w15:val="{30D9D0C4-63BF-0B46-BD5F-6CBC98A0ED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78379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8379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783792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783792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975</Words>
  <Characters>5561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6523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Microsoft Office User</cp:lastModifiedBy>
  <cp:revision>12</cp:revision>
  <dcterms:created xsi:type="dcterms:W3CDTF">2013-12-23T23:15:00Z</dcterms:created>
  <dcterms:modified xsi:type="dcterms:W3CDTF">2026-02-26T02:10:00Z</dcterms:modified>
  <cp:category/>
</cp:coreProperties>
</file>