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63F48" w:rsidRDefault="00000000" w:rsidP="009A7BD5">
      <w:pPr>
        <w:pStyle w:val="Heading1"/>
        <w:spacing w:line="360" w:lineRule="auto"/>
      </w:pPr>
      <w:r>
        <w:t xml:space="preserve">Year 8 </w:t>
      </w:r>
      <w:r w:rsidR="009A7BD5">
        <w:t>Computing</w:t>
      </w:r>
      <w:r>
        <w:t xml:space="preserve"> Project: Technology Survey &amp; Data Analysis</w:t>
      </w:r>
    </w:p>
    <w:p w:rsidR="00C63F48" w:rsidRDefault="00000000" w:rsidP="009A7BD5">
      <w:pPr>
        <w:spacing w:line="360" w:lineRule="auto"/>
      </w:pPr>
      <w:r>
        <w:t>This project is an individual task. You will design and carry out a survey using Google Forms, analyse the data you collect, and present your findings to the class.</w:t>
      </w:r>
    </w:p>
    <w:p w:rsidR="00C63F48" w:rsidRDefault="00000000" w:rsidP="009A7BD5">
      <w:pPr>
        <w:pStyle w:val="Heading2"/>
        <w:spacing w:line="360" w:lineRule="auto"/>
      </w:pPr>
      <w:r>
        <w:t>Project Aim</w:t>
      </w:r>
    </w:p>
    <w:p w:rsidR="00C63F48" w:rsidRDefault="00000000" w:rsidP="009A7BD5">
      <w:pPr>
        <w:spacing w:line="360" w:lineRule="auto"/>
      </w:pPr>
      <w:r>
        <w:t>To help you practise creating surveys, collecting data, analysing results, and presenting information clearly.</w:t>
      </w:r>
    </w:p>
    <w:p w:rsidR="00C63F48" w:rsidRDefault="00000000" w:rsidP="009A7BD5">
      <w:pPr>
        <w:pStyle w:val="Heading2"/>
        <w:spacing w:line="360" w:lineRule="auto"/>
      </w:pPr>
      <w:r>
        <w:t>Project Rules</w:t>
      </w:r>
    </w:p>
    <w:p w:rsidR="00C63F48" w:rsidRDefault="00000000" w:rsidP="009A7BD5">
      <w:pPr>
        <w:pStyle w:val="ListBullet"/>
        <w:spacing w:line="360" w:lineRule="auto"/>
      </w:pPr>
      <w:r>
        <w:t>You must use Google Forms to create your survey.</w:t>
      </w:r>
    </w:p>
    <w:p w:rsidR="00C63F48" w:rsidRDefault="00000000" w:rsidP="009A7BD5">
      <w:pPr>
        <w:pStyle w:val="ListBullet"/>
        <w:spacing w:line="360" w:lineRule="auto"/>
      </w:pPr>
      <w:r>
        <w:t>Your survey topic must be related to technology.</w:t>
      </w:r>
    </w:p>
    <w:p w:rsidR="00C63F48" w:rsidRDefault="00000000" w:rsidP="009A7BD5">
      <w:pPr>
        <w:pStyle w:val="ListBullet"/>
        <w:spacing w:line="360" w:lineRule="auto"/>
      </w:pPr>
      <w:r>
        <w:t>Each student must have a different project title or focus.</w:t>
      </w:r>
    </w:p>
    <w:p w:rsidR="00C63F48" w:rsidRDefault="00000000" w:rsidP="009A7BD5">
      <w:pPr>
        <w:pStyle w:val="ListBullet"/>
        <w:spacing w:line="360" w:lineRule="auto"/>
      </w:pPr>
      <w:r>
        <w:t>You must collect at least 20 responses.</w:t>
      </w:r>
    </w:p>
    <w:p w:rsidR="00C63F48" w:rsidRDefault="00000000" w:rsidP="009A7BD5">
      <w:pPr>
        <w:pStyle w:val="ListBullet"/>
        <w:spacing w:line="360" w:lineRule="auto"/>
      </w:pPr>
      <w:r>
        <w:t>You must analyse your data using charts.</w:t>
      </w:r>
    </w:p>
    <w:p w:rsidR="00C63F48" w:rsidRDefault="00000000" w:rsidP="009A7BD5">
      <w:pPr>
        <w:pStyle w:val="ListBullet"/>
        <w:spacing w:line="360" w:lineRule="auto"/>
      </w:pPr>
      <w:r>
        <w:t>You must present your project to the class.</w:t>
      </w:r>
    </w:p>
    <w:p w:rsidR="00C63F48" w:rsidRDefault="00000000" w:rsidP="009A7BD5">
      <w:pPr>
        <w:pStyle w:val="Heading2"/>
        <w:spacing w:line="360" w:lineRule="auto"/>
      </w:pPr>
      <w:r>
        <w:lastRenderedPageBreak/>
        <w:t xml:space="preserve">Project Topics </w:t>
      </w:r>
    </w:p>
    <w:p w:rsidR="009A7BD5" w:rsidRPr="009A7BD5" w:rsidRDefault="009A7BD5" w:rsidP="009A7BD5">
      <w:pPr>
        <w:pStyle w:val="Heading2"/>
        <w:numPr>
          <w:ilvl w:val="0"/>
          <w:numId w:val="10"/>
        </w:numPr>
        <w:spacing w:line="360" w:lineRule="auto"/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</w:pPr>
      <w:r w:rsidRPr="009A7BD5"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  <w:t>How Screen Time Affects</w:t>
      </w:r>
      <w:r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  <w:t xml:space="preserve"> </w:t>
      </w:r>
      <w:r w:rsidRPr="009A7BD5"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  <w:t>Students</w:t>
      </w:r>
    </w:p>
    <w:p w:rsidR="009A7BD5" w:rsidRPr="009A7BD5" w:rsidRDefault="009A7BD5" w:rsidP="009A7BD5">
      <w:pPr>
        <w:pStyle w:val="Heading2"/>
        <w:numPr>
          <w:ilvl w:val="0"/>
          <w:numId w:val="10"/>
        </w:numPr>
        <w:spacing w:line="360" w:lineRule="auto"/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</w:pPr>
      <w:r w:rsidRPr="009A7BD5"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  <w:t>Social Media Platforms Used by Students</w:t>
      </w:r>
    </w:p>
    <w:p w:rsidR="009A7BD5" w:rsidRPr="009A7BD5" w:rsidRDefault="009A7BD5" w:rsidP="009A7BD5">
      <w:pPr>
        <w:pStyle w:val="Heading2"/>
        <w:numPr>
          <w:ilvl w:val="0"/>
          <w:numId w:val="10"/>
        </w:numPr>
        <w:spacing w:line="360" w:lineRule="auto"/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</w:pPr>
      <w:r w:rsidRPr="009A7BD5"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  <w:t>How Technology Helps Students Learn</w:t>
      </w:r>
    </w:p>
    <w:p w:rsidR="009A7BD5" w:rsidRPr="009A7BD5" w:rsidRDefault="009A7BD5" w:rsidP="009A7BD5">
      <w:pPr>
        <w:pStyle w:val="Heading2"/>
        <w:numPr>
          <w:ilvl w:val="0"/>
          <w:numId w:val="10"/>
        </w:numPr>
        <w:spacing w:line="360" w:lineRule="auto"/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</w:pPr>
      <w:r w:rsidRPr="009A7BD5"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  <w:t>Gaming Habits of</w:t>
      </w:r>
      <w:r w:rsidR="00EA4A1E"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  <w:t xml:space="preserve"> </w:t>
      </w:r>
      <w:r w:rsidRPr="009A7BD5"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  <w:t>Students</w:t>
      </w:r>
    </w:p>
    <w:p w:rsidR="009A7BD5" w:rsidRPr="009A7BD5" w:rsidRDefault="009A7BD5" w:rsidP="009A7BD5">
      <w:pPr>
        <w:pStyle w:val="Heading2"/>
        <w:numPr>
          <w:ilvl w:val="0"/>
          <w:numId w:val="10"/>
        </w:numPr>
        <w:spacing w:line="360" w:lineRule="auto"/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</w:pPr>
      <w:r w:rsidRPr="009A7BD5"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  <w:t>Students' Awareness of Online Safety</w:t>
      </w:r>
    </w:p>
    <w:p w:rsidR="009A7BD5" w:rsidRPr="009A7BD5" w:rsidRDefault="009A7BD5" w:rsidP="009A7BD5">
      <w:pPr>
        <w:pStyle w:val="Heading2"/>
        <w:numPr>
          <w:ilvl w:val="0"/>
          <w:numId w:val="10"/>
        </w:numPr>
        <w:spacing w:line="360" w:lineRule="auto"/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</w:pPr>
      <w:r w:rsidRPr="009A7BD5"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  <w:t>Technology Devices Used at Home by Students</w:t>
      </w:r>
    </w:p>
    <w:p w:rsidR="009A7BD5" w:rsidRPr="009A7BD5" w:rsidRDefault="009A7BD5" w:rsidP="009A7BD5">
      <w:pPr>
        <w:pStyle w:val="Heading2"/>
        <w:numPr>
          <w:ilvl w:val="0"/>
          <w:numId w:val="10"/>
        </w:numPr>
        <w:spacing w:line="360" w:lineRule="auto"/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</w:pPr>
      <w:r w:rsidRPr="009A7BD5"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  <w:t>Students' Views on Artificial Intelligence</w:t>
      </w:r>
    </w:p>
    <w:p w:rsidR="009A7BD5" w:rsidRPr="009A7BD5" w:rsidRDefault="009A7BD5" w:rsidP="009A7BD5">
      <w:pPr>
        <w:pStyle w:val="Heading2"/>
        <w:numPr>
          <w:ilvl w:val="0"/>
          <w:numId w:val="10"/>
        </w:numPr>
        <w:spacing w:line="360" w:lineRule="auto"/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</w:pPr>
      <w:r w:rsidRPr="009A7BD5"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  <w:t>The Role of Mobile Phones in Students' Daily Life</w:t>
      </w:r>
    </w:p>
    <w:p w:rsidR="009A7BD5" w:rsidRPr="009A7BD5" w:rsidRDefault="009A7BD5" w:rsidP="009A7BD5">
      <w:pPr>
        <w:pStyle w:val="Heading2"/>
        <w:numPr>
          <w:ilvl w:val="0"/>
          <w:numId w:val="10"/>
        </w:numPr>
        <w:spacing w:line="360" w:lineRule="auto"/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</w:pPr>
      <w:r w:rsidRPr="009A7BD5"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  <w:t>Students' Experience with Online Learning Tools</w:t>
      </w:r>
    </w:p>
    <w:p w:rsidR="009A7BD5" w:rsidRPr="009A7BD5" w:rsidRDefault="009A7BD5" w:rsidP="009A7BD5">
      <w:pPr>
        <w:pStyle w:val="Heading2"/>
        <w:numPr>
          <w:ilvl w:val="0"/>
          <w:numId w:val="10"/>
        </w:numPr>
        <w:spacing w:line="360" w:lineRule="auto"/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</w:pPr>
      <w:r w:rsidRPr="009A7BD5"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  <w:t>How Students Use the Internet at Home</w:t>
      </w:r>
    </w:p>
    <w:p w:rsidR="009A7BD5" w:rsidRPr="009A7BD5" w:rsidRDefault="009A7BD5" w:rsidP="009A7BD5">
      <w:pPr>
        <w:pStyle w:val="Heading2"/>
        <w:numPr>
          <w:ilvl w:val="0"/>
          <w:numId w:val="10"/>
        </w:numPr>
        <w:spacing w:line="360" w:lineRule="auto"/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</w:pPr>
      <w:r w:rsidRPr="009A7BD5"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  <w:t>Does Technology Affect Students' Sleep?</w:t>
      </w:r>
    </w:p>
    <w:p w:rsidR="009A7BD5" w:rsidRPr="009A7BD5" w:rsidRDefault="009A7BD5" w:rsidP="009A7BD5">
      <w:pPr>
        <w:pStyle w:val="Heading2"/>
        <w:numPr>
          <w:ilvl w:val="0"/>
          <w:numId w:val="10"/>
        </w:numPr>
        <w:spacing w:line="360" w:lineRule="auto"/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</w:pPr>
      <w:r w:rsidRPr="009A7BD5"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  <w:t>Can Digital Games Help Students Learn?</w:t>
      </w:r>
    </w:p>
    <w:p w:rsidR="009A7BD5" w:rsidRPr="009A7BD5" w:rsidRDefault="009A7BD5" w:rsidP="009A7BD5">
      <w:pPr>
        <w:pStyle w:val="Heading2"/>
        <w:numPr>
          <w:ilvl w:val="0"/>
          <w:numId w:val="10"/>
        </w:numPr>
        <w:spacing w:line="360" w:lineRule="auto"/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</w:pPr>
      <w:r w:rsidRPr="009A7BD5"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  <w:t>How Students Communicate Using Technology</w:t>
      </w:r>
    </w:p>
    <w:p w:rsidR="009A7BD5" w:rsidRPr="009A7BD5" w:rsidRDefault="009A7BD5" w:rsidP="009A7BD5">
      <w:pPr>
        <w:pStyle w:val="Heading2"/>
        <w:numPr>
          <w:ilvl w:val="0"/>
          <w:numId w:val="10"/>
        </w:numPr>
        <w:spacing w:line="360" w:lineRule="auto"/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</w:pPr>
      <w:r w:rsidRPr="009A7BD5"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  <w:t>Which Digital Devices Help Students Learn Best?</w:t>
      </w:r>
    </w:p>
    <w:p w:rsidR="009A7BD5" w:rsidRPr="009A7BD5" w:rsidRDefault="009A7BD5" w:rsidP="009A7BD5">
      <w:pPr>
        <w:pStyle w:val="Heading2"/>
        <w:numPr>
          <w:ilvl w:val="0"/>
          <w:numId w:val="10"/>
        </w:numPr>
        <w:spacing w:line="360" w:lineRule="auto"/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</w:pPr>
      <w:r w:rsidRPr="009A7BD5"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  <w:t>How Technology Supports Student Creativity</w:t>
      </w:r>
    </w:p>
    <w:p w:rsidR="009A7BD5" w:rsidRPr="009A7BD5" w:rsidRDefault="009A7BD5" w:rsidP="009A7BD5">
      <w:pPr>
        <w:pStyle w:val="Heading2"/>
        <w:numPr>
          <w:ilvl w:val="0"/>
          <w:numId w:val="10"/>
        </w:numPr>
        <w:spacing w:line="360" w:lineRule="auto"/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</w:pPr>
      <w:r w:rsidRPr="009A7BD5"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  <w:t>Students' Awareness of Cyberbullying</w:t>
      </w:r>
    </w:p>
    <w:p w:rsidR="009A7BD5" w:rsidRPr="009A7BD5" w:rsidRDefault="009A7BD5" w:rsidP="009A7BD5">
      <w:pPr>
        <w:pStyle w:val="Heading2"/>
        <w:numPr>
          <w:ilvl w:val="0"/>
          <w:numId w:val="10"/>
        </w:numPr>
        <w:spacing w:line="360" w:lineRule="auto"/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</w:pPr>
      <w:r w:rsidRPr="009A7BD5"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  <w:t>Technology Careers Students Are Interested In</w:t>
      </w:r>
    </w:p>
    <w:p w:rsidR="009A7BD5" w:rsidRDefault="009A7BD5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p w:rsidR="00C63F48" w:rsidRDefault="00000000" w:rsidP="009A7BD5">
      <w:pPr>
        <w:pStyle w:val="Heading2"/>
        <w:spacing w:line="360" w:lineRule="auto"/>
      </w:pPr>
      <w:r>
        <w:lastRenderedPageBreak/>
        <w:t>Survey Requirements</w:t>
      </w:r>
    </w:p>
    <w:p w:rsidR="00C63F48" w:rsidRDefault="00000000" w:rsidP="009A7BD5">
      <w:pPr>
        <w:pStyle w:val="ListBullet"/>
        <w:spacing w:line="360" w:lineRule="auto"/>
      </w:pPr>
      <w:r>
        <w:t>Your Google Form must have a clear title and short description.</w:t>
      </w:r>
    </w:p>
    <w:p w:rsidR="00C63F48" w:rsidRDefault="00000000" w:rsidP="009A7BD5">
      <w:pPr>
        <w:pStyle w:val="ListBullet"/>
        <w:spacing w:line="360" w:lineRule="auto"/>
      </w:pPr>
      <w:r>
        <w:t xml:space="preserve">Include at least </w:t>
      </w:r>
      <w:r w:rsidR="009A7BD5">
        <w:t>10</w:t>
      </w:r>
      <w:r>
        <w:t xml:space="preserve"> questions.</w:t>
      </w:r>
    </w:p>
    <w:p w:rsidR="00C63F48" w:rsidRDefault="00000000" w:rsidP="009A7BD5">
      <w:pPr>
        <w:pStyle w:val="ListBullet"/>
        <w:spacing w:line="360" w:lineRule="auto"/>
      </w:pPr>
      <w:r>
        <w:t>Most questions should be multiple choice.</w:t>
      </w:r>
    </w:p>
    <w:p w:rsidR="00C63F48" w:rsidRDefault="00000000" w:rsidP="009A7BD5">
      <w:pPr>
        <w:pStyle w:val="ListBullet"/>
        <w:spacing w:line="360" w:lineRule="auto"/>
      </w:pPr>
      <w:r>
        <w:t>You may include one short-answer question.</w:t>
      </w:r>
    </w:p>
    <w:p w:rsidR="00C63F48" w:rsidRDefault="00000000" w:rsidP="009A7BD5">
      <w:pPr>
        <w:pStyle w:val="ListBullet"/>
        <w:spacing w:line="360" w:lineRule="auto"/>
      </w:pPr>
      <w:r>
        <w:t>Your questions must match your topic.</w:t>
      </w:r>
    </w:p>
    <w:p w:rsidR="00C63F48" w:rsidRDefault="00000000" w:rsidP="009A7BD5">
      <w:pPr>
        <w:pStyle w:val="Heading2"/>
        <w:spacing w:line="360" w:lineRule="auto"/>
      </w:pPr>
      <w:r>
        <w:t>Data Analysis</w:t>
      </w:r>
    </w:p>
    <w:p w:rsidR="00C63F48" w:rsidRDefault="00000000" w:rsidP="009A7BD5">
      <w:pPr>
        <w:spacing w:line="360" w:lineRule="auto"/>
      </w:pPr>
      <w:r>
        <w:t>After collecting responses, you must analyse your data. Your analysis must include:</w:t>
      </w:r>
    </w:p>
    <w:p w:rsidR="00C63F48" w:rsidRDefault="00000000" w:rsidP="009A7BD5">
      <w:pPr>
        <w:pStyle w:val="ListBullet"/>
        <w:spacing w:line="360" w:lineRule="auto"/>
      </w:pPr>
      <w:r>
        <w:t>At least 3 charts (bar chart or pie chart).</w:t>
      </w:r>
    </w:p>
    <w:p w:rsidR="00C63F48" w:rsidRDefault="00000000" w:rsidP="009A7BD5">
      <w:pPr>
        <w:pStyle w:val="ListBullet"/>
        <w:spacing w:line="360" w:lineRule="auto"/>
      </w:pPr>
      <w:r>
        <w:t>Clear labels on all charts.</w:t>
      </w:r>
    </w:p>
    <w:p w:rsidR="009A7BD5" w:rsidRDefault="00000000" w:rsidP="009A7BD5">
      <w:pPr>
        <w:pStyle w:val="ListBullet"/>
        <w:spacing w:line="360" w:lineRule="auto"/>
      </w:pPr>
      <w:r>
        <w:t xml:space="preserve">A </w:t>
      </w:r>
      <w:r w:rsidR="009A7BD5">
        <w:t>short-written</w:t>
      </w:r>
      <w:r>
        <w:t xml:space="preserve"> conclusion explaining what the data shows.</w:t>
      </w:r>
    </w:p>
    <w:p w:rsidR="00C63F48" w:rsidRDefault="00000000" w:rsidP="009A7BD5">
      <w:pPr>
        <w:pStyle w:val="Heading2"/>
        <w:spacing w:line="360" w:lineRule="auto"/>
      </w:pPr>
      <w:r>
        <w:t>Presentation</w:t>
      </w:r>
    </w:p>
    <w:p w:rsidR="00C63F48" w:rsidRDefault="00000000" w:rsidP="009A7BD5">
      <w:pPr>
        <w:spacing w:line="360" w:lineRule="auto"/>
      </w:pPr>
      <w:r>
        <w:t>Your presentation should be 3–5 minutes long and include:</w:t>
      </w:r>
    </w:p>
    <w:p w:rsidR="00C63F48" w:rsidRDefault="00000000" w:rsidP="009A7BD5">
      <w:pPr>
        <w:pStyle w:val="ListBullet"/>
        <w:spacing w:line="360" w:lineRule="auto"/>
      </w:pPr>
      <w:r>
        <w:t>Project title and topic</w:t>
      </w:r>
    </w:p>
    <w:p w:rsidR="00C63F48" w:rsidRDefault="00000000" w:rsidP="009A7BD5">
      <w:pPr>
        <w:pStyle w:val="ListBullet"/>
        <w:spacing w:line="360" w:lineRule="auto"/>
      </w:pPr>
      <w:r>
        <w:t>Reason for choosing the topic</w:t>
      </w:r>
    </w:p>
    <w:p w:rsidR="00C63F48" w:rsidRDefault="00000000" w:rsidP="009A7BD5">
      <w:pPr>
        <w:pStyle w:val="ListBullet"/>
        <w:spacing w:line="360" w:lineRule="auto"/>
      </w:pPr>
      <w:r>
        <w:t>Examples of survey questions</w:t>
      </w:r>
    </w:p>
    <w:p w:rsidR="00C63F48" w:rsidRDefault="00000000" w:rsidP="009A7BD5">
      <w:pPr>
        <w:pStyle w:val="ListBullet"/>
        <w:spacing w:line="360" w:lineRule="auto"/>
      </w:pPr>
      <w:r>
        <w:t>Explanation of charts</w:t>
      </w:r>
    </w:p>
    <w:p w:rsidR="00C63F48" w:rsidRDefault="00000000" w:rsidP="009A7BD5">
      <w:pPr>
        <w:pStyle w:val="ListBullet"/>
        <w:spacing w:line="360" w:lineRule="auto"/>
      </w:pPr>
      <w:r>
        <w:t>One conclusion and one recommendation</w:t>
      </w:r>
    </w:p>
    <w:p w:rsidR="00C63F48" w:rsidRDefault="00000000" w:rsidP="009A7BD5">
      <w:pPr>
        <w:pStyle w:val="Heading2"/>
        <w:spacing w:line="360" w:lineRule="auto"/>
      </w:pPr>
      <w:r>
        <w:t>Assessment Criteria</w:t>
      </w:r>
    </w:p>
    <w:p w:rsidR="00C63F48" w:rsidRDefault="00000000" w:rsidP="009A7BD5">
      <w:pPr>
        <w:pStyle w:val="ListBullet"/>
        <w:spacing w:line="360" w:lineRule="auto"/>
      </w:pPr>
      <w:r>
        <w:t>Survey design – 25%</w:t>
      </w:r>
    </w:p>
    <w:p w:rsidR="00C63F48" w:rsidRDefault="00000000" w:rsidP="009A7BD5">
      <w:pPr>
        <w:pStyle w:val="ListBullet"/>
        <w:spacing w:line="360" w:lineRule="auto"/>
      </w:pPr>
      <w:r>
        <w:t>Data analysis – 25%</w:t>
      </w:r>
    </w:p>
    <w:p w:rsidR="00C63F48" w:rsidRDefault="00000000" w:rsidP="009A7BD5">
      <w:pPr>
        <w:pStyle w:val="ListBullet"/>
        <w:spacing w:line="360" w:lineRule="auto"/>
      </w:pPr>
      <w:r>
        <w:t>Presentation – 25%</w:t>
      </w:r>
    </w:p>
    <w:p w:rsidR="00C63F48" w:rsidRDefault="00000000" w:rsidP="009A7BD5">
      <w:pPr>
        <w:pStyle w:val="ListBullet"/>
        <w:spacing w:line="360" w:lineRule="auto"/>
      </w:pPr>
      <w:r>
        <w:t>Effort and originality – 25%</w:t>
      </w:r>
    </w:p>
    <w:sectPr w:rsidR="00C63F48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2203360"/>
    <w:multiLevelType w:val="hybridMultilevel"/>
    <w:tmpl w:val="6EA659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60352062">
    <w:abstractNumId w:val="8"/>
  </w:num>
  <w:num w:numId="2" w16cid:durableId="878129129">
    <w:abstractNumId w:val="6"/>
  </w:num>
  <w:num w:numId="3" w16cid:durableId="2112580564">
    <w:abstractNumId w:val="5"/>
  </w:num>
  <w:num w:numId="4" w16cid:durableId="447505860">
    <w:abstractNumId w:val="4"/>
  </w:num>
  <w:num w:numId="5" w16cid:durableId="524096780">
    <w:abstractNumId w:val="7"/>
  </w:num>
  <w:num w:numId="6" w16cid:durableId="1822503275">
    <w:abstractNumId w:val="3"/>
  </w:num>
  <w:num w:numId="7" w16cid:durableId="2144151505">
    <w:abstractNumId w:val="2"/>
  </w:num>
  <w:num w:numId="8" w16cid:durableId="1366520500">
    <w:abstractNumId w:val="1"/>
  </w:num>
  <w:num w:numId="9" w16cid:durableId="1348019481">
    <w:abstractNumId w:val="0"/>
  </w:num>
  <w:num w:numId="10" w16cid:durableId="71122427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9A7BD5"/>
    <w:rsid w:val="00AA1D8D"/>
    <w:rsid w:val="00B47730"/>
    <w:rsid w:val="00C63F48"/>
    <w:rsid w:val="00CB0664"/>
    <w:rsid w:val="00EA4A1E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84DE395"/>
  <w14:defaultImageDpi w14:val="300"/>
  <w15:docId w15:val="{5A0EB03A-47C3-1B44-9D42-B1C114594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975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319</Words>
  <Characters>1822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2137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Microsoft Office User</cp:lastModifiedBy>
  <cp:revision>3</cp:revision>
  <dcterms:created xsi:type="dcterms:W3CDTF">2013-12-23T23:15:00Z</dcterms:created>
  <dcterms:modified xsi:type="dcterms:W3CDTF">2026-01-29T02:06:00Z</dcterms:modified>
  <cp:category/>
</cp:coreProperties>
</file>