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2B71" w:rsidRDefault="00583AFF" w:rsidP="00583AFF">
      <w:pPr>
        <w:pStyle w:val="Heading1"/>
      </w:pPr>
      <w:r>
        <w:t>Year 6-Computing Practice Worksheet</w:t>
      </w:r>
    </w:p>
    <w:p w:rsidR="00583AFF" w:rsidRDefault="00583AFF" w:rsidP="00583AFF">
      <w:pPr>
        <w:pStyle w:val="Heading2"/>
        <w:jc w:val="center"/>
      </w:pPr>
      <w:r>
        <w:t>Internet Safety</w:t>
      </w:r>
    </w:p>
    <w:p w:rsidR="00C82B71" w:rsidRDefault="00000000">
      <w:r>
        <w:t>Answer ALL questions. Write your answers in the spaces provided.</w:t>
      </w:r>
      <w:r>
        <w:br/>
      </w:r>
    </w:p>
    <w:p w:rsidR="00C82B71" w:rsidRDefault="00000000">
      <w:r>
        <w:t>1. Complete the sentence by choosing two words from the box.</w:t>
      </w:r>
    </w:p>
    <w:p w:rsidR="00C82B71" w:rsidRDefault="00000000">
      <w:r>
        <w:t>usernames    passwords    records    catalogues</w:t>
      </w:r>
    </w:p>
    <w:p w:rsidR="00C82B71" w:rsidRDefault="00000000">
      <w:r>
        <w:t>To log in securely, ____________ and ____________ can be used.</w:t>
      </w:r>
      <w:r>
        <w:br/>
      </w:r>
    </w:p>
    <w:p w:rsidR="00C82B71" w:rsidRDefault="00000000">
      <w:r>
        <w:t>2. Which one of these is a biometric security method?</w:t>
      </w:r>
    </w:p>
    <w:p w:rsidR="00C82B71" w:rsidRDefault="00000000">
      <w:r>
        <w:t>A ☐ Face recognition</w:t>
      </w:r>
    </w:p>
    <w:p w:rsidR="00C82B71" w:rsidRDefault="00000000">
      <w:r>
        <w:t>B ☐ Email address</w:t>
      </w:r>
    </w:p>
    <w:p w:rsidR="00C82B71" w:rsidRDefault="00000000">
      <w:r>
        <w:t>C ☐ Password</w:t>
      </w:r>
    </w:p>
    <w:p w:rsidR="00C82B71" w:rsidRDefault="00000000">
      <w:r>
        <w:t>D ☐ PIN</w:t>
      </w:r>
    </w:p>
    <w:p w:rsidR="00C82B71" w:rsidRDefault="00000000">
      <w:r>
        <w:t>3. Which one of these is a form of social engineering?</w:t>
      </w:r>
    </w:p>
    <w:p w:rsidR="00C82B71" w:rsidRDefault="00000000">
      <w:r>
        <w:t>A ☐ Streaming</w:t>
      </w:r>
    </w:p>
    <w:p w:rsidR="00C82B71" w:rsidRDefault="00000000">
      <w:r>
        <w:t>B ☐ Shoulder surfing</w:t>
      </w:r>
    </w:p>
    <w:p w:rsidR="00C82B71" w:rsidRDefault="00000000">
      <w:r>
        <w:t>C ☐ Bias</w:t>
      </w:r>
    </w:p>
    <w:p w:rsidR="00C82B71" w:rsidRDefault="00000000">
      <w:r>
        <w:t>D ☐ Downloading</w:t>
      </w:r>
      <w:r>
        <w:br/>
      </w:r>
    </w:p>
    <w:p w:rsidR="00583AFF" w:rsidRDefault="00583AFF">
      <w:r>
        <w:br w:type="page"/>
      </w:r>
    </w:p>
    <w:p w:rsidR="00C82B71" w:rsidRDefault="00000000">
      <w:r>
        <w:lastRenderedPageBreak/>
        <w:t>4. Which one of these is an example of cyberbullying?</w:t>
      </w:r>
    </w:p>
    <w:p w:rsidR="00C82B71" w:rsidRDefault="00000000">
      <w:r>
        <w:t>A ☐ Posting insults about someone online</w:t>
      </w:r>
    </w:p>
    <w:p w:rsidR="00C82B71" w:rsidRDefault="00000000">
      <w:r>
        <w:t>B ☐ Borrowing a book from a friend</w:t>
      </w:r>
    </w:p>
    <w:p w:rsidR="00C82B71" w:rsidRDefault="00000000">
      <w:r>
        <w:t>C ☐ Playing football after school</w:t>
      </w:r>
    </w:p>
    <w:p w:rsidR="00C82B71" w:rsidRDefault="00000000">
      <w:r>
        <w:t>D ☐ Asking a teacher for help</w:t>
      </w:r>
      <w:r>
        <w:br/>
      </w:r>
    </w:p>
    <w:p w:rsidR="00C82B71" w:rsidRDefault="00000000">
      <w:r>
        <w:t>5. Give one way someone could get help to stop cyberbullying.</w:t>
      </w:r>
      <w:r>
        <w:br/>
      </w:r>
    </w:p>
    <w:p w:rsidR="00583AFF" w:rsidRDefault="00583AFF"/>
    <w:p w:rsidR="00C82B71" w:rsidRDefault="00000000">
      <w:r>
        <w:t>6. Complete the sentence by choosing one word from the box.</w:t>
      </w:r>
    </w:p>
    <w:p w:rsidR="00C82B71" w:rsidRDefault="00000000">
      <w:r>
        <w:t>silent    loud    repeat    speaker</w:t>
      </w:r>
    </w:p>
    <w:p w:rsidR="00C82B71" w:rsidRDefault="00000000">
      <w:r>
        <w:t>Setting a mobile phone to ____________ in public places shows respect for others.</w:t>
      </w:r>
      <w:r>
        <w:br/>
      </w:r>
    </w:p>
    <w:p w:rsidR="00C82B71" w:rsidRDefault="00000000">
      <w:r>
        <w:t>7. Complete the sentence.</w:t>
      </w:r>
    </w:p>
    <w:p w:rsidR="00C82B71" w:rsidRDefault="00000000">
      <w:r>
        <w:t>Taking regular breaks from screens can help reduce ____________ strain.</w:t>
      </w:r>
      <w:r>
        <w:br/>
      </w:r>
    </w:p>
    <w:p w:rsidR="00C82B71" w:rsidRDefault="00000000">
      <w:r>
        <w:t>8. (a) Complete the sentence.</w:t>
      </w:r>
    </w:p>
    <w:p w:rsidR="00C82B71" w:rsidRDefault="00000000">
      <w:r>
        <w:t>Social __________________ works by tricking people into giving personal information.</w:t>
      </w:r>
    </w:p>
    <w:p w:rsidR="00C82B71" w:rsidRDefault="00000000">
      <w:r>
        <w:t>(b) Choose one word from the box.</w:t>
      </w:r>
    </w:p>
    <w:p w:rsidR="00C82B71" w:rsidRDefault="00000000">
      <w:r>
        <w:t>phishing    pharming    networking</w:t>
      </w:r>
    </w:p>
    <w:p w:rsidR="00C82B71" w:rsidRDefault="00000000">
      <w:r>
        <w:t>Redirecting users to a fake website is known as __________________.</w:t>
      </w:r>
      <w:r>
        <w:br/>
      </w:r>
    </w:p>
    <w:p w:rsidR="00C82B71" w:rsidRDefault="00000000">
      <w:r>
        <w:t>9. (a) Give one difference between a password and a PIN.</w:t>
      </w:r>
    </w:p>
    <w:p w:rsidR="00583AFF" w:rsidRDefault="00583AFF">
      <w:r>
        <w:br w:type="page"/>
      </w:r>
    </w:p>
    <w:p w:rsidR="00C82B71" w:rsidRDefault="00000000">
      <w:r>
        <w:lastRenderedPageBreak/>
        <w:t>(b) Which one of these is used to secure data?</w:t>
      </w:r>
    </w:p>
    <w:p w:rsidR="00C82B71" w:rsidRDefault="00000000">
      <w:r>
        <w:t>A ☐ Biometrics</w:t>
      </w:r>
    </w:p>
    <w:p w:rsidR="00C82B71" w:rsidRDefault="00000000">
      <w:r>
        <w:t>B ☐ Phishing</w:t>
      </w:r>
    </w:p>
    <w:p w:rsidR="00C82B71" w:rsidRDefault="00000000">
      <w:r>
        <w:t>C ☐ Streaming</w:t>
      </w:r>
    </w:p>
    <w:p w:rsidR="00C82B71" w:rsidRDefault="00000000">
      <w:r>
        <w:t>D ☐ Downloading</w:t>
      </w:r>
      <w:r>
        <w:br/>
      </w:r>
    </w:p>
    <w:p w:rsidR="00C82B71" w:rsidRDefault="00000000">
      <w:r>
        <w:t>10. Which legislation should be considered when using images from the internet?</w:t>
      </w:r>
    </w:p>
    <w:p w:rsidR="00C82B71" w:rsidRDefault="00000000">
      <w:r>
        <w:t>A ☐ Bias</w:t>
      </w:r>
    </w:p>
    <w:p w:rsidR="00C82B71" w:rsidRDefault="00000000">
      <w:r>
        <w:t>B ☐ Copyright</w:t>
      </w:r>
    </w:p>
    <w:p w:rsidR="00C82B71" w:rsidRDefault="00000000">
      <w:r>
        <w:t>C ☐ Etiquette</w:t>
      </w:r>
    </w:p>
    <w:p w:rsidR="00C82B71" w:rsidRDefault="00000000">
      <w:r>
        <w:t>D ☐ Security</w:t>
      </w:r>
      <w:r>
        <w:br/>
      </w:r>
    </w:p>
    <w:p w:rsidR="00C82B71" w:rsidRDefault="00000000">
      <w:r>
        <w:t>11. (a) Give one way to prevent eye strain.</w:t>
      </w:r>
    </w:p>
    <w:p w:rsidR="00583AFF" w:rsidRDefault="00583AFF"/>
    <w:p w:rsidR="00583AFF" w:rsidRDefault="00000000" w:rsidP="00583AFF">
      <w:r>
        <w:t>(b) Give one way to prevent wrist strain.</w:t>
      </w:r>
    </w:p>
    <w:p w:rsidR="00C82B71" w:rsidRDefault="00000000">
      <w:r>
        <w:br/>
      </w:r>
    </w:p>
    <w:p w:rsidR="00C82B71" w:rsidRDefault="00000000">
      <w:r>
        <w:t>12. Complete the sentence by choosing one word from the box.</w:t>
      </w:r>
    </w:p>
    <w:p w:rsidR="00C82B71" w:rsidRDefault="00000000">
      <w:r>
        <w:t>cyberbullying    legislation    DBMS</w:t>
      </w:r>
    </w:p>
    <w:p w:rsidR="00C82B71" w:rsidRDefault="00000000">
      <w:r>
        <w:t>Using technology to threaten someone is called __________________.</w:t>
      </w:r>
      <w:r>
        <w:br/>
      </w:r>
    </w:p>
    <w:p w:rsidR="00C82B71" w:rsidRDefault="00000000">
      <w:r>
        <w:t>13. Complete the sentence by choosing one word from the box.</w:t>
      </w:r>
    </w:p>
    <w:p w:rsidR="00C82B71" w:rsidRDefault="00000000">
      <w:r>
        <w:t>phishing    pharming    cyberbullying</w:t>
      </w:r>
    </w:p>
    <w:p w:rsidR="00C82B71" w:rsidRDefault="00000000">
      <w:r>
        <w:t>An email that pretends to be from a real company asking for private information is an example of __________________.</w:t>
      </w:r>
      <w:r>
        <w:br/>
      </w:r>
    </w:p>
    <w:p w:rsidR="00583AFF" w:rsidRDefault="00583AFF">
      <w:r>
        <w:br w:type="page"/>
      </w:r>
    </w:p>
    <w:p w:rsidR="00C82B71" w:rsidRDefault="00000000">
      <w:r>
        <w:lastRenderedPageBreak/>
        <w:t>14. A photographer owns the copyright of an image. Which right do they have?</w:t>
      </w:r>
    </w:p>
    <w:p w:rsidR="00C82B71" w:rsidRDefault="00000000">
      <w:r>
        <w:t>A ☐ How the image can be used</w:t>
      </w:r>
    </w:p>
    <w:p w:rsidR="00C82B71" w:rsidRDefault="00000000">
      <w:r>
        <w:t>B ☐ Which keyboard is used</w:t>
      </w:r>
    </w:p>
    <w:p w:rsidR="00C82B71" w:rsidRDefault="00000000">
      <w:r>
        <w:t>C ☐ Where the image is stored</w:t>
      </w:r>
    </w:p>
    <w:p w:rsidR="00583AFF" w:rsidRDefault="00000000">
      <w:r>
        <w:t>D ☐ Which device shows the image</w:t>
      </w:r>
    </w:p>
    <w:p w:rsidR="00C82B71" w:rsidRDefault="00000000">
      <w:r>
        <w:t>15. Match each method to its description.</w:t>
      </w:r>
    </w:p>
    <w:p w:rsidR="00583AFF" w:rsidRDefault="00000000">
      <w:r>
        <w:t>Password –</w:t>
      </w:r>
    </w:p>
    <w:p w:rsidR="00C82B71" w:rsidRDefault="00000000">
      <w:r>
        <w:t xml:space="preserve">PIN – </w:t>
      </w:r>
    </w:p>
    <w:p w:rsidR="00583AFF" w:rsidRDefault="00000000">
      <w:r>
        <w:t xml:space="preserve">Username – </w:t>
      </w:r>
    </w:p>
    <w:p w:rsidR="00583AFF" w:rsidRDefault="00583AFF">
      <w:r>
        <w:t>A set of characters used to confirm identity</w:t>
      </w:r>
    </w:p>
    <w:p w:rsidR="00583AFF" w:rsidRDefault="00583AFF">
      <w:r>
        <w:t>A short numerical code</w:t>
      </w:r>
    </w:p>
    <w:p w:rsidR="00C82B71" w:rsidRDefault="00583AFF">
      <w:r>
        <w:t>Used to identify a user</w:t>
      </w:r>
      <w:r w:rsidR="00000000">
        <w:br/>
      </w:r>
    </w:p>
    <w:p w:rsidR="00C82B71" w:rsidRDefault="00000000">
      <w:r>
        <w:t>16. Which one of these statements shows bias?</w:t>
      </w:r>
    </w:p>
    <w:p w:rsidR="00C82B71" w:rsidRDefault="00000000">
      <w:r>
        <w:t>A ☐ This game is the best ever made</w:t>
      </w:r>
    </w:p>
    <w:p w:rsidR="00C82B71" w:rsidRDefault="00000000">
      <w:r>
        <w:t>B ☐ There are ten computers in the room</w:t>
      </w:r>
    </w:p>
    <w:p w:rsidR="00C82B71" w:rsidRDefault="00000000">
      <w:r>
        <w:t>C ☐ The lesson started at 9am</w:t>
      </w:r>
    </w:p>
    <w:p w:rsidR="00C82B71" w:rsidRDefault="00000000">
      <w:r>
        <w:t>D ☐ The temperature is 30 degrees</w:t>
      </w:r>
      <w:r>
        <w:br/>
      </w:r>
    </w:p>
    <w:p w:rsidR="00583AFF" w:rsidRDefault="00000000">
      <w:r>
        <w:t>17. Describe what is meant by social engineering.</w:t>
      </w:r>
    </w:p>
    <w:p w:rsidR="00C82B71" w:rsidRDefault="00000000">
      <w:r>
        <w:br/>
      </w:r>
    </w:p>
    <w:p w:rsidR="00583AFF" w:rsidRDefault="00000000">
      <w:r>
        <w:t>18. A username is one way to secure data. Give one other method.</w:t>
      </w:r>
    </w:p>
    <w:p w:rsidR="00C82B71" w:rsidRDefault="00000000">
      <w:r>
        <w:br/>
      </w:r>
    </w:p>
    <w:p w:rsidR="00583AFF" w:rsidRDefault="00583AFF">
      <w:r>
        <w:br w:type="page"/>
      </w:r>
    </w:p>
    <w:p w:rsidR="00C82B71" w:rsidRDefault="00000000">
      <w:r>
        <w:lastRenderedPageBreak/>
        <w:t>19. Which one of these is inappropriate digital etiquette?</w:t>
      </w:r>
    </w:p>
    <w:p w:rsidR="00C82B71" w:rsidRDefault="00000000">
      <w:r>
        <w:t>A ☐ Playing games on a phone during a lesson</w:t>
      </w:r>
    </w:p>
    <w:p w:rsidR="00C82B71" w:rsidRDefault="00000000">
      <w:r>
        <w:t>B ☐ Emailing homework</w:t>
      </w:r>
    </w:p>
    <w:p w:rsidR="00C82B71" w:rsidRDefault="00000000">
      <w:r>
        <w:t>C ☐ Typing quietly</w:t>
      </w:r>
    </w:p>
    <w:p w:rsidR="00C82B71" w:rsidRDefault="00000000">
      <w:r>
        <w:t>D ☐ Saving work regularly</w:t>
      </w:r>
      <w:r>
        <w:br/>
      </w:r>
    </w:p>
    <w:p w:rsidR="00C82B71" w:rsidRDefault="00000000">
      <w:r>
        <w:t>20. Which action should you take if you receive an offensive message about someone?</w:t>
      </w:r>
    </w:p>
    <w:p w:rsidR="00C82B71" w:rsidRDefault="00000000">
      <w:r>
        <w:t>A ☐ Forward it</w:t>
      </w:r>
    </w:p>
    <w:p w:rsidR="00C82B71" w:rsidRDefault="00000000">
      <w:r>
        <w:t>B ☐ Reply angrily</w:t>
      </w:r>
    </w:p>
    <w:p w:rsidR="00C82B71" w:rsidRDefault="00000000">
      <w:r>
        <w:t>C ☐ Report it to a teacher</w:t>
      </w:r>
    </w:p>
    <w:p w:rsidR="00C82B71" w:rsidRDefault="00000000">
      <w:r>
        <w:t>D ☐ Ignore and join in</w:t>
      </w:r>
      <w:r>
        <w:br/>
      </w:r>
    </w:p>
    <w:sectPr w:rsidR="00C82B7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27CBE" w:rsidRDefault="00D27CBE" w:rsidP="00583AFF">
      <w:pPr>
        <w:spacing w:after="0" w:line="240" w:lineRule="auto"/>
      </w:pPr>
      <w:r>
        <w:separator/>
      </w:r>
    </w:p>
  </w:endnote>
  <w:endnote w:type="continuationSeparator" w:id="0">
    <w:p w:rsidR="00D27CBE" w:rsidRDefault="00D27CBE" w:rsidP="00583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27CBE" w:rsidRDefault="00D27CBE" w:rsidP="00583AFF">
      <w:pPr>
        <w:spacing w:after="0" w:line="240" w:lineRule="auto"/>
      </w:pPr>
      <w:r>
        <w:separator/>
      </w:r>
    </w:p>
  </w:footnote>
  <w:footnote w:type="continuationSeparator" w:id="0">
    <w:p w:rsidR="00D27CBE" w:rsidRDefault="00D27CBE" w:rsidP="00583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3AFF" w:rsidRDefault="00583AFF">
    <w:pPr>
      <w:pStyle w:val="Header"/>
    </w:pPr>
    <w:r>
      <w:t>Computing</w:t>
    </w:r>
    <w:r>
      <w:ptab w:relativeTo="margin" w:alignment="center" w:leader="none"/>
    </w:r>
    <w:r>
      <w:t>Year-6</w:t>
    </w:r>
    <w:r>
      <w:ptab w:relativeTo="margin" w:alignment="right" w:leader="none"/>
    </w:r>
    <w:r>
      <w:t>Internet Safety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21105187">
    <w:abstractNumId w:val="8"/>
  </w:num>
  <w:num w:numId="2" w16cid:durableId="1120340087">
    <w:abstractNumId w:val="6"/>
  </w:num>
  <w:num w:numId="3" w16cid:durableId="1743671389">
    <w:abstractNumId w:val="5"/>
  </w:num>
  <w:num w:numId="4" w16cid:durableId="956452636">
    <w:abstractNumId w:val="4"/>
  </w:num>
  <w:num w:numId="5" w16cid:durableId="1304698849">
    <w:abstractNumId w:val="7"/>
  </w:num>
  <w:num w:numId="6" w16cid:durableId="576667674">
    <w:abstractNumId w:val="3"/>
  </w:num>
  <w:num w:numId="7" w16cid:durableId="1437678453">
    <w:abstractNumId w:val="2"/>
  </w:num>
  <w:num w:numId="8" w16cid:durableId="1254821060">
    <w:abstractNumId w:val="1"/>
  </w:num>
  <w:num w:numId="9" w16cid:durableId="1137336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83AFF"/>
    <w:rsid w:val="008935E0"/>
    <w:rsid w:val="00AA1D8D"/>
    <w:rsid w:val="00B47730"/>
    <w:rsid w:val="00C77D3D"/>
    <w:rsid w:val="00C82B71"/>
    <w:rsid w:val="00CB0664"/>
    <w:rsid w:val="00D27CB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A8806CF"/>
  <w14:defaultImageDpi w14:val="300"/>
  <w15:docId w15:val="{CAAEA573-6641-564B-A7E4-0E392B30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Office User</cp:lastModifiedBy>
  <cp:revision>2</cp:revision>
  <dcterms:created xsi:type="dcterms:W3CDTF">2026-02-09T02:37:00Z</dcterms:created>
  <dcterms:modified xsi:type="dcterms:W3CDTF">2026-02-09T02:37:00Z</dcterms:modified>
  <cp:category/>
</cp:coreProperties>
</file>