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4CB2" w:rsidRPr="00A65FCA" w:rsidRDefault="00000000">
      <w:pPr>
        <w:pStyle w:val="Heading1"/>
        <w:jc w:val="center"/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Year 5 – Class Data Project</w:t>
      </w:r>
      <w:r w:rsidRPr="00A65FCA">
        <w:rPr>
          <w:rFonts w:ascii="Times New Roman" w:hAnsi="Times New Roman" w:cs="Times New Roman"/>
        </w:rPr>
        <w:br/>
        <w:t>Creating Charts in Excel &amp; Presenting in Canva</w:t>
      </w:r>
    </w:p>
    <w:p w:rsidR="00904CB2" w:rsidRPr="00A65FCA" w:rsidRDefault="00904CB2">
      <w:pPr>
        <w:rPr>
          <w:rFonts w:ascii="Times New Roman" w:hAnsi="Times New Roman" w:cs="Times New Roman"/>
        </w:rPr>
      </w:pPr>
    </w:p>
    <w:p w:rsidR="00904CB2" w:rsidRPr="00A65FCA" w:rsidRDefault="00000000">
      <w:pPr>
        <w:pStyle w:val="Heading2"/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Lesson Objectives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Today you will: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Collect class data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Create a chart in Excel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Edit your chart to make it neat and clear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Create a presentation in Canva to present your findings</w:t>
      </w:r>
    </w:p>
    <w:p w:rsidR="00904CB2" w:rsidRPr="00A65FCA" w:rsidRDefault="00000000" w:rsidP="00A65FCA">
      <w:pPr>
        <w:pStyle w:val="Heading2"/>
        <w:spacing w:line="360" w:lineRule="auto"/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Scenario: Getting to Know Our Class</w:t>
      </w:r>
    </w:p>
    <w:p w:rsidR="00904CB2" w:rsidRPr="00A65FCA" w:rsidRDefault="00000000" w:rsidP="00A65FCA">
      <w:pPr>
        <w:spacing w:line="360" w:lineRule="auto"/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We want to learn more about our class members. Your group will investigate ONE class topic and present the results. You are data researchers today!</w:t>
      </w:r>
    </w:p>
    <w:p w:rsidR="00904CB2" w:rsidRPr="00A65FCA" w:rsidRDefault="00000000" w:rsidP="00E20FB2">
      <w:pPr>
        <w:pStyle w:val="Heading2"/>
        <w:tabs>
          <w:tab w:val="center" w:pos="4320"/>
        </w:tabs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Step 1 – Choose Your Topic</w:t>
      </w:r>
      <w:r w:rsidR="00E20FB2">
        <w:rPr>
          <w:rFonts w:ascii="Times New Roman" w:hAnsi="Times New Roman" w:cs="Times New Roman"/>
        </w:rPr>
        <w:tab/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Choose ONE topic: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Favourite fruit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Favourite subject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Favourite sport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 xml:space="preserve">• </w:t>
      </w:r>
      <w:r w:rsidR="00842917" w:rsidRPr="00A65FCA">
        <w:rPr>
          <w:rFonts w:ascii="Times New Roman" w:hAnsi="Times New Roman" w:cs="Times New Roman"/>
        </w:rPr>
        <w:t>Favorite</w:t>
      </w:r>
      <w:r w:rsidRPr="00A65FCA">
        <w:rPr>
          <w:rFonts w:ascii="Times New Roman" w:hAnsi="Times New Roman" w:cs="Times New Roman"/>
        </w:rPr>
        <w:t xml:space="preserve"> ice cream flavour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How students travel to school</w:t>
      </w:r>
    </w:p>
    <w:p w:rsidR="00A65FCA" w:rsidRPr="00A65FCA" w:rsidRDefault="00A65FCA">
      <w:pPr>
        <w:rPr>
          <w:rFonts w:ascii="Times New Roman" w:eastAsiaTheme="majorEastAsia" w:hAnsi="Times New Roman" w:cs="Times New Roman"/>
          <w:b/>
          <w:bCs/>
          <w:color w:val="4F81BD" w:themeColor="accent1"/>
          <w:sz w:val="26"/>
          <w:szCs w:val="26"/>
        </w:rPr>
      </w:pPr>
      <w:r w:rsidRPr="00A65FCA">
        <w:rPr>
          <w:rFonts w:ascii="Times New Roman" w:hAnsi="Times New Roman" w:cs="Times New Roman"/>
        </w:rPr>
        <w:br w:type="page"/>
      </w:r>
    </w:p>
    <w:p w:rsidR="00904CB2" w:rsidRPr="00A65FCA" w:rsidRDefault="00000000">
      <w:pPr>
        <w:pStyle w:val="Heading2"/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lastRenderedPageBreak/>
        <w:t>Step 2 – Collect the Data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1. Ask every student in the class your question.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2. Record the answers carefully.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3. Count how many students chose each answer.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4. Organise your data in a table in Excel.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Make sure your numbers are correct before creating the chart.</w:t>
      </w:r>
    </w:p>
    <w:p w:rsidR="00904CB2" w:rsidRPr="00A65FCA" w:rsidRDefault="00000000">
      <w:pPr>
        <w:pStyle w:val="Heading2"/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Step 3 – Create Your Chart in Excel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1. Enter your data in two columns.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2. Highlight your data.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3. Click Insert → Chart.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4. Choose a suitable chart type (Bar Chart or Column Chart).</w:t>
      </w:r>
    </w:p>
    <w:p w:rsidR="00904CB2" w:rsidRPr="00A65FCA" w:rsidRDefault="00000000">
      <w:pPr>
        <w:pStyle w:val="Heading2"/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Step 4 – Improve Your Chart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Add a clear and meaningful title.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Label both axes correctly.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Check spelling.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Choose clear and readable colours.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Remove unnecessary elements.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Ask yourself: If someone sees my chart, can they understand it quickly?</w:t>
      </w:r>
    </w:p>
    <w:p w:rsidR="00904CB2" w:rsidRPr="00A65FCA" w:rsidRDefault="00000000">
      <w:pPr>
        <w:pStyle w:val="Heading2"/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Step 5 – Create a Presentation in Canva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1. Choose a simple presentation template.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2. Add a title slide.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3. Insert your chart (download from Excel or take a screenshot).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4. Write 3–4 sentences explaining your data.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Example sentence starters: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Most students in our class prefer...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The least popular choice was...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We were surprised that...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There are more students who...</w:t>
      </w:r>
    </w:p>
    <w:p w:rsidR="00904CB2" w:rsidRPr="00A65FCA" w:rsidRDefault="00000000">
      <w:pPr>
        <w:pStyle w:val="Heading2"/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lastRenderedPageBreak/>
        <w:t>Presentation Guidelines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Speak clearly.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Explain what your chart shows.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Do not just read from the slide.</w:t>
      </w:r>
    </w:p>
    <w:p w:rsidR="00904CB2" w:rsidRPr="00A65FCA" w:rsidRDefault="00000000">
      <w:pPr>
        <w:rPr>
          <w:rFonts w:ascii="Times New Roman" w:hAnsi="Times New Roman" w:cs="Times New Roman"/>
        </w:rPr>
      </w:pPr>
      <w:r w:rsidRPr="00A65FCA">
        <w:rPr>
          <w:rFonts w:ascii="Times New Roman" w:hAnsi="Times New Roman" w:cs="Times New Roman"/>
        </w:rPr>
        <w:t>• Each group member must speak.</w:t>
      </w:r>
    </w:p>
    <w:sectPr w:rsidR="00904CB2" w:rsidRPr="00A65FC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19235905">
    <w:abstractNumId w:val="8"/>
  </w:num>
  <w:num w:numId="2" w16cid:durableId="1579749345">
    <w:abstractNumId w:val="6"/>
  </w:num>
  <w:num w:numId="3" w16cid:durableId="196042589">
    <w:abstractNumId w:val="5"/>
  </w:num>
  <w:num w:numId="4" w16cid:durableId="192890153">
    <w:abstractNumId w:val="4"/>
  </w:num>
  <w:num w:numId="5" w16cid:durableId="1688285987">
    <w:abstractNumId w:val="7"/>
  </w:num>
  <w:num w:numId="6" w16cid:durableId="253251566">
    <w:abstractNumId w:val="3"/>
  </w:num>
  <w:num w:numId="7" w16cid:durableId="1448811794">
    <w:abstractNumId w:val="2"/>
  </w:num>
  <w:num w:numId="8" w16cid:durableId="1180899669">
    <w:abstractNumId w:val="1"/>
  </w:num>
  <w:num w:numId="9" w16cid:durableId="1300574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87C4B"/>
    <w:rsid w:val="0029639D"/>
    <w:rsid w:val="00326F90"/>
    <w:rsid w:val="00686469"/>
    <w:rsid w:val="00842917"/>
    <w:rsid w:val="00904CB2"/>
    <w:rsid w:val="00A1633A"/>
    <w:rsid w:val="00A65FCA"/>
    <w:rsid w:val="00AA1D8D"/>
    <w:rsid w:val="00B47730"/>
    <w:rsid w:val="00C926E9"/>
    <w:rsid w:val="00CB0664"/>
    <w:rsid w:val="00E20FB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209B8F"/>
  <w14:defaultImageDpi w14:val="300"/>
  <w15:docId w15:val="{C9ABE76F-38EB-3147-99C6-B5DA26B09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187C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7C4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87C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7C4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Office User</cp:lastModifiedBy>
  <cp:revision>8</cp:revision>
  <dcterms:created xsi:type="dcterms:W3CDTF">2013-12-23T23:15:00Z</dcterms:created>
  <dcterms:modified xsi:type="dcterms:W3CDTF">2026-02-18T04:26:00Z</dcterms:modified>
  <cp:category/>
</cp:coreProperties>
</file>