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17978" w:rsidRDefault="00117978" w:rsidP="00117978">
      <w:pPr>
        <w:pStyle w:val="Heading1"/>
        <w:jc w:val="center"/>
      </w:pPr>
      <w:r>
        <w:t>Year-6_Practice Worksheets</w:t>
      </w:r>
    </w:p>
    <w:p w:rsidR="009F5C76" w:rsidRDefault="00000000" w:rsidP="00117978">
      <w:pPr>
        <w:pStyle w:val="Heading2"/>
      </w:pPr>
      <w:r>
        <w:t xml:space="preserve">Unit 5 – </w:t>
      </w:r>
      <w:r w:rsidR="006016F7">
        <w:t>Practice Worksheet</w:t>
      </w:r>
    </w:p>
    <w:p w:rsidR="006016F7" w:rsidRPr="006016F7" w:rsidRDefault="00000000">
      <w:pPr>
        <w:rPr>
          <w:b/>
          <w:bCs/>
        </w:rPr>
      </w:pPr>
      <w:r w:rsidRPr="006016F7">
        <w:rPr>
          <w:b/>
          <w:bCs/>
        </w:rPr>
        <w:t>Write your answers in your notebook</w:t>
      </w:r>
      <w:r w:rsidR="006016F7">
        <w:rPr>
          <w:b/>
          <w:bCs/>
        </w:rPr>
        <w:t xml:space="preserve"> or Word.</w:t>
      </w:r>
    </w:p>
    <w:p w:rsidR="009F5C76" w:rsidRDefault="00000000">
      <w:r>
        <w:t>1. a) Give two positive features of a desktop computer.</w:t>
      </w:r>
    </w:p>
    <w:p w:rsidR="009F5C76" w:rsidRDefault="00000000">
      <w:r>
        <w:t xml:space="preserve">   b) Give two negative features of a desktop computer.</w:t>
      </w:r>
    </w:p>
    <w:p w:rsidR="009F5C76" w:rsidRPr="006016F7" w:rsidRDefault="00000000">
      <w:pPr>
        <w:rPr>
          <w:b/>
          <w:bCs/>
        </w:rPr>
      </w:pPr>
      <w:r w:rsidRPr="006016F7">
        <w:rPr>
          <w:b/>
          <w:bCs/>
        </w:rPr>
        <w:t>2. Which of these multi-role devices is the least portable?</w:t>
      </w:r>
    </w:p>
    <w:p w:rsidR="009F5C76" w:rsidRDefault="00000000">
      <w:r>
        <w:t>A. Desktop computer</w:t>
      </w:r>
    </w:p>
    <w:p w:rsidR="009F5C76" w:rsidRDefault="00000000">
      <w:r>
        <w:t>B. Laptop</w:t>
      </w:r>
    </w:p>
    <w:p w:rsidR="009F5C76" w:rsidRDefault="00000000">
      <w:r>
        <w:t>C. Tablet</w:t>
      </w:r>
    </w:p>
    <w:p w:rsidR="009F5C76" w:rsidRDefault="00000000">
      <w:r>
        <w:t>D. Smartphone</w:t>
      </w:r>
    </w:p>
    <w:p w:rsidR="009F5C76" w:rsidRPr="006016F7" w:rsidRDefault="00000000">
      <w:pPr>
        <w:rPr>
          <w:b/>
          <w:bCs/>
        </w:rPr>
      </w:pPr>
      <w:r w:rsidRPr="006016F7">
        <w:rPr>
          <w:b/>
          <w:bCs/>
        </w:rPr>
        <w:t>3. What do the letters ‘RSI’ stand for?</w:t>
      </w:r>
    </w:p>
    <w:p w:rsidR="009F5C76" w:rsidRDefault="00000000">
      <w:r>
        <w:t>A. Repetitive system input</w:t>
      </w:r>
    </w:p>
    <w:p w:rsidR="009F5C76" w:rsidRDefault="00000000">
      <w:r>
        <w:t>B. Responsible strain impact</w:t>
      </w:r>
    </w:p>
    <w:p w:rsidR="009F5C76" w:rsidRDefault="00000000">
      <w:r>
        <w:t>C. Repeated stretching injury</w:t>
      </w:r>
    </w:p>
    <w:p w:rsidR="009F5C76" w:rsidRDefault="00000000">
      <w:r>
        <w:t>D. Repetitive strain injury</w:t>
      </w:r>
    </w:p>
    <w:p w:rsidR="009F5C76" w:rsidRDefault="00000000">
      <w:r>
        <w:t>4. Explain how you might injure your neck using a tablet device.</w:t>
      </w:r>
    </w:p>
    <w:p w:rsidR="009F5C76" w:rsidRDefault="00000000">
      <w:r>
        <w:t>5. Write three key things that will help to minimise your risk of injury when using a desktop computer at a workstation.</w:t>
      </w:r>
    </w:p>
    <w:p w:rsidR="009F5C76" w:rsidRDefault="00000000">
      <w:r>
        <w:t>6. What is e-waste?</w:t>
      </w:r>
    </w:p>
    <w:p w:rsidR="009F5C76" w:rsidRDefault="00000000">
      <w:r>
        <w:t>7. Explain why there may be increased e-waste as devices become more technical and advanced.</w:t>
      </w:r>
    </w:p>
    <w:p w:rsidR="009F5C76" w:rsidRPr="006016F7" w:rsidRDefault="00000000">
      <w:pPr>
        <w:rPr>
          <w:b/>
          <w:bCs/>
        </w:rPr>
      </w:pPr>
      <w:r w:rsidRPr="006016F7">
        <w:rPr>
          <w:b/>
          <w:bCs/>
        </w:rPr>
        <w:t>8. Gold can be found in most modern devices, such as smartphones, laptops and tablets. In these devices, gold is used:</w:t>
      </w:r>
    </w:p>
    <w:p w:rsidR="009F5C76" w:rsidRDefault="00000000">
      <w:r>
        <w:t>A. For connectors and contacts inside the device</w:t>
      </w:r>
    </w:p>
    <w:p w:rsidR="009F5C76" w:rsidRDefault="00000000">
      <w:r>
        <w:t>B. For decoration outside the device</w:t>
      </w:r>
    </w:p>
    <w:p w:rsidR="009F5C76" w:rsidRDefault="00000000">
      <w:r>
        <w:t>C. As a way to keep the prices high</w:t>
      </w:r>
    </w:p>
    <w:p w:rsidR="009F5C76" w:rsidRDefault="00000000">
      <w:r>
        <w:lastRenderedPageBreak/>
        <w:t>D. In the screens of new devices</w:t>
      </w:r>
    </w:p>
    <w:p w:rsidR="006016F7" w:rsidRDefault="006016F7"/>
    <w:p w:rsidR="009F5C76" w:rsidRDefault="006016F7">
      <w:r>
        <w:t>9</w:t>
      </w:r>
      <w:r w:rsidR="00000000">
        <w:t>. Where is a lot of e-waste recycled?</w:t>
      </w:r>
    </w:p>
    <w:p w:rsidR="009F5C76" w:rsidRDefault="006016F7">
      <w:r>
        <w:t>10</w:t>
      </w:r>
      <w:r w:rsidR="00000000">
        <w:t>. Explain what hazards are involved in recycling e-waste.</w:t>
      </w:r>
    </w:p>
    <w:p w:rsidR="009F5C76" w:rsidRDefault="006016F7">
      <w:r>
        <w:t>11</w:t>
      </w:r>
      <w:r w:rsidR="00000000">
        <w:t>. Give four suggestions of how we can reduce the amount of e-waste that we produce.</w:t>
      </w:r>
    </w:p>
    <w:p w:rsidR="009F5C76" w:rsidRDefault="006016F7">
      <w:r>
        <w:t>12</w:t>
      </w:r>
      <w:r w:rsidR="00000000">
        <w:t>. Give an example of how you can reuse a tablet device instead of throwing it away.</w:t>
      </w:r>
    </w:p>
    <w:p w:rsidR="009F5C76" w:rsidRDefault="006016F7">
      <w:r>
        <w:t>13</w:t>
      </w:r>
      <w:r w:rsidR="00000000">
        <w:t>. How can using cloud storage for storing files help reduce e-waste?</w:t>
      </w:r>
    </w:p>
    <w:p w:rsidR="009F5C76" w:rsidRPr="006016F7" w:rsidRDefault="006016F7">
      <w:pPr>
        <w:rPr>
          <w:b/>
          <w:bCs/>
        </w:rPr>
      </w:pPr>
      <w:r w:rsidRPr="006016F7">
        <w:rPr>
          <w:b/>
          <w:bCs/>
        </w:rPr>
        <w:t>14</w:t>
      </w:r>
      <w:r w:rsidR="00000000" w:rsidRPr="006016F7">
        <w:rPr>
          <w:b/>
          <w:bCs/>
        </w:rPr>
        <w:t>. Which of the following is NOT required when planning a document?</w:t>
      </w:r>
    </w:p>
    <w:p w:rsidR="009F5C76" w:rsidRDefault="00000000">
      <w:r>
        <w:t>A. Position of text boxes</w:t>
      </w:r>
    </w:p>
    <w:p w:rsidR="009F5C76" w:rsidRDefault="00000000">
      <w:r>
        <w:t>B. Spelling and grammar tools</w:t>
      </w:r>
    </w:p>
    <w:p w:rsidR="009F5C76" w:rsidRDefault="00000000">
      <w:r>
        <w:t>C. Page orientation</w:t>
      </w:r>
    </w:p>
    <w:p w:rsidR="009F5C76" w:rsidRDefault="00000000">
      <w:r>
        <w:t>D. Position of images or graphics</w:t>
      </w:r>
    </w:p>
    <w:p w:rsidR="009F5C76" w:rsidRPr="006016F7" w:rsidRDefault="006016F7">
      <w:pPr>
        <w:rPr>
          <w:b/>
          <w:bCs/>
        </w:rPr>
      </w:pPr>
      <w:r w:rsidRPr="006016F7">
        <w:rPr>
          <w:b/>
          <w:bCs/>
        </w:rPr>
        <w:t>15</w:t>
      </w:r>
      <w:r w:rsidR="00000000" w:rsidRPr="006016F7">
        <w:rPr>
          <w:b/>
          <w:bCs/>
        </w:rPr>
        <w:t>. When you are designing a leaflet, you need to consider many things.</w:t>
      </w:r>
    </w:p>
    <w:p w:rsidR="009F5C76" w:rsidRDefault="00000000">
      <w:r>
        <w:t>a) What is meant by the term ‘target audience’?</w:t>
      </w:r>
    </w:p>
    <w:p w:rsidR="009F5C76" w:rsidRDefault="00000000">
      <w:r>
        <w:t>b) Explain what a font is.</w:t>
      </w:r>
    </w:p>
    <w:p w:rsidR="009F5C76" w:rsidRPr="006016F7" w:rsidRDefault="006016F7">
      <w:pPr>
        <w:rPr>
          <w:b/>
          <w:bCs/>
        </w:rPr>
      </w:pPr>
      <w:r w:rsidRPr="006016F7">
        <w:rPr>
          <w:b/>
          <w:bCs/>
        </w:rPr>
        <w:t>16.</w:t>
      </w:r>
      <w:r w:rsidR="00000000" w:rsidRPr="006016F7">
        <w:rPr>
          <w:b/>
          <w:bCs/>
        </w:rPr>
        <w:t xml:space="preserve"> Which app would NOT be appropriate for creating a leaflet?</w:t>
      </w:r>
    </w:p>
    <w:p w:rsidR="009F5C76" w:rsidRDefault="00000000">
      <w:r>
        <w:t>A. Publishing application</w:t>
      </w:r>
    </w:p>
    <w:p w:rsidR="009F5C76" w:rsidRDefault="00000000">
      <w:r>
        <w:t>B. Presentation application</w:t>
      </w:r>
    </w:p>
    <w:p w:rsidR="009F5C76" w:rsidRDefault="00000000">
      <w:r>
        <w:t>C. Word processor application</w:t>
      </w:r>
    </w:p>
    <w:p w:rsidR="009F5C76" w:rsidRDefault="00000000">
      <w:r>
        <w:t>D. Spreadsheet application</w:t>
      </w:r>
    </w:p>
    <w:p w:rsidR="009F5C76" w:rsidRPr="006016F7" w:rsidRDefault="006016F7">
      <w:pPr>
        <w:rPr>
          <w:b/>
          <w:bCs/>
        </w:rPr>
      </w:pPr>
      <w:r w:rsidRPr="006016F7">
        <w:rPr>
          <w:b/>
          <w:bCs/>
        </w:rPr>
        <w:t>17.</w:t>
      </w:r>
      <w:r w:rsidR="00000000" w:rsidRPr="006016F7">
        <w:rPr>
          <w:b/>
          <w:bCs/>
        </w:rPr>
        <w:t>Why should you save your work regularly when you are working on a project?</w:t>
      </w:r>
    </w:p>
    <w:p w:rsidR="009F5C76" w:rsidRPr="006016F7" w:rsidRDefault="006016F7">
      <w:pPr>
        <w:rPr>
          <w:b/>
          <w:bCs/>
        </w:rPr>
      </w:pPr>
      <w:r>
        <w:rPr>
          <w:b/>
          <w:bCs/>
        </w:rPr>
        <w:t>1</w:t>
      </w:r>
      <w:r w:rsidR="00000000" w:rsidRPr="006016F7">
        <w:rPr>
          <w:b/>
          <w:bCs/>
        </w:rPr>
        <w:t>8. What does ‘page orientation’ relate to?</w:t>
      </w:r>
    </w:p>
    <w:p w:rsidR="009F5C76" w:rsidRDefault="00000000">
      <w:r>
        <w:t>A. Whether the document is shown portrait or landscape</w:t>
      </w:r>
    </w:p>
    <w:p w:rsidR="009F5C76" w:rsidRDefault="00000000">
      <w:r>
        <w:t>B. The font and style choices</w:t>
      </w:r>
    </w:p>
    <w:p w:rsidR="009F5C76" w:rsidRDefault="00000000">
      <w:r>
        <w:t>C. The background colour</w:t>
      </w:r>
    </w:p>
    <w:p w:rsidR="009F5C76" w:rsidRDefault="00000000">
      <w:r>
        <w:t>D. The content theme of the document</w:t>
      </w:r>
    </w:p>
    <w:p w:rsidR="006016F7" w:rsidRDefault="006016F7">
      <w:r>
        <w:lastRenderedPageBreak/>
        <w:br w:type="page"/>
      </w:r>
    </w:p>
    <w:p w:rsidR="009F5C76" w:rsidRPr="006016F7" w:rsidRDefault="006016F7">
      <w:pPr>
        <w:rPr>
          <w:b/>
          <w:bCs/>
        </w:rPr>
      </w:pPr>
      <w:r>
        <w:rPr>
          <w:b/>
          <w:bCs/>
        </w:rPr>
        <w:lastRenderedPageBreak/>
        <w:t>1</w:t>
      </w:r>
      <w:r w:rsidR="00000000" w:rsidRPr="006016F7">
        <w:rPr>
          <w:b/>
          <w:bCs/>
        </w:rPr>
        <w:t>9. Why would a student need to use the text wrap feature when positioning a picture?</w:t>
      </w:r>
    </w:p>
    <w:p w:rsidR="009F5C76" w:rsidRDefault="00000000">
      <w:r>
        <w:t>A. To position the text around an image properly</w:t>
      </w:r>
    </w:p>
    <w:p w:rsidR="009F5C76" w:rsidRDefault="00000000">
      <w:r>
        <w:t>B. To change the font in the document</w:t>
      </w:r>
    </w:p>
    <w:p w:rsidR="009F5C76" w:rsidRDefault="00000000">
      <w:r>
        <w:t>C. To change the colour or size of an image</w:t>
      </w:r>
    </w:p>
    <w:p w:rsidR="009F5C76" w:rsidRDefault="00000000">
      <w:r>
        <w:t>D. To change the colour or size of the text</w:t>
      </w:r>
    </w:p>
    <w:p w:rsidR="009F5C76" w:rsidRPr="006016F7" w:rsidRDefault="006016F7">
      <w:pPr>
        <w:rPr>
          <w:b/>
          <w:bCs/>
        </w:rPr>
      </w:pPr>
      <w:r>
        <w:rPr>
          <w:b/>
          <w:bCs/>
        </w:rPr>
        <w:t>2</w:t>
      </w:r>
      <w:r w:rsidR="00000000" w:rsidRPr="006016F7">
        <w:rPr>
          <w:b/>
          <w:bCs/>
        </w:rPr>
        <w:t>0. Explain what is meant by plagiarism.</w:t>
      </w:r>
    </w:p>
    <w:sectPr w:rsidR="009F5C76" w:rsidRPr="006016F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68997864">
    <w:abstractNumId w:val="8"/>
  </w:num>
  <w:num w:numId="2" w16cid:durableId="1261568791">
    <w:abstractNumId w:val="6"/>
  </w:num>
  <w:num w:numId="3" w16cid:durableId="1808014395">
    <w:abstractNumId w:val="5"/>
  </w:num>
  <w:num w:numId="4" w16cid:durableId="803739847">
    <w:abstractNumId w:val="4"/>
  </w:num>
  <w:num w:numId="5" w16cid:durableId="1327050292">
    <w:abstractNumId w:val="7"/>
  </w:num>
  <w:num w:numId="6" w16cid:durableId="1990287515">
    <w:abstractNumId w:val="3"/>
  </w:num>
  <w:num w:numId="7" w16cid:durableId="1435438056">
    <w:abstractNumId w:val="2"/>
  </w:num>
  <w:num w:numId="8" w16cid:durableId="1325430348">
    <w:abstractNumId w:val="1"/>
  </w:num>
  <w:num w:numId="9" w16cid:durableId="979966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7978"/>
    <w:rsid w:val="0015074B"/>
    <w:rsid w:val="0029639D"/>
    <w:rsid w:val="00326F90"/>
    <w:rsid w:val="006016F7"/>
    <w:rsid w:val="009F5C7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6DB765"/>
  <w14:defaultImageDpi w14:val="300"/>
  <w15:docId w15:val="{5A0EB03A-47C3-1B44-9D42-B1C11459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3</cp:revision>
  <dcterms:created xsi:type="dcterms:W3CDTF">2013-12-23T23:15:00Z</dcterms:created>
  <dcterms:modified xsi:type="dcterms:W3CDTF">2026-02-02T02:15:00Z</dcterms:modified>
  <cp:category/>
</cp:coreProperties>
</file>