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B4867" w:rsidRDefault="00000000">
      <w:pPr>
        <w:pStyle w:val="Heading1"/>
      </w:pPr>
      <w:r>
        <w:t>Year 6 Video Editing Workbook – Questions Only</w:t>
      </w:r>
    </w:p>
    <w:p w:rsidR="00EB4867" w:rsidRPr="0091140C" w:rsidRDefault="00000000">
      <w:pPr>
        <w:rPr>
          <w:b/>
          <w:bCs/>
        </w:rPr>
      </w:pPr>
      <w:r w:rsidRPr="0091140C">
        <w:rPr>
          <w:b/>
          <w:bCs/>
        </w:rPr>
        <w:t>Lesson 1 – Staging on Screen</w:t>
      </w:r>
    </w:p>
    <w:p w:rsidR="0091140C" w:rsidRDefault="00000000" w:rsidP="003A4103">
      <w:pPr>
        <w:spacing w:line="360" w:lineRule="auto"/>
      </w:pPr>
      <w:r>
        <w:t>1. Describe two problems you may have if you don’t plan a film before you begin filming it.</w:t>
      </w:r>
    </w:p>
    <w:p w:rsidR="00EB4867" w:rsidRDefault="00000000" w:rsidP="003A4103">
      <w:pPr>
        <w:spacing w:line="360" w:lineRule="auto"/>
      </w:pPr>
      <w:r>
        <w:t>2. Match the film terms to the correct descriptions:</w:t>
      </w:r>
      <w:r>
        <w:br/>
        <w:t xml:space="preserve">   • staging</w:t>
      </w:r>
      <w:r w:rsidR="0091140C">
        <w:tab/>
        <w:t>a series of frame running in a sequence</w:t>
      </w:r>
      <w:r>
        <w:br/>
        <w:t xml:space="preserve">   • shot</w:t>
      </w:r>
      <w:r w:rsidR="0091140C">
        <w:tab/>
      </w:r>
      <w:r w:rsidR="0091140C">
        <w:tab/>
        <w:t>a single still picture in a film</w:t>
      </w:r>
      <w:r>
        <w:br/>
        <w:t xml:space="preserve">   • frame</w:t>
      </w:r>
      <w:r w:rsidR="0091140C">
        <w:tab/>
        <w:t>planning out everything in a film</w:t>
      </w:r>
    </w:p>
    <w:p w:rsidR="0091140C" w:rsidRDefault="00000000" w:rsidP="003A4103">
      <w:pPr>
        <w:spacing w:line="360" w:lineRule="auto"/>
      </w:pPr>
      <w:r>
        <w:t>3. Think of four questions to answer when planning a film. (Example: Who is the intended audience?)</w:t>
      </w:r>
    </w:p>
    <w:p w:rsidR="00EB4867" w:rsidRDefault="00000000" w:rsidP="003A4103">
      <w:pPr>
        <w:spacing w:line="360" w:lineRule="auto"/>
      </w:pPr>
      <w:r>
        <w:t>4. Imagine you are creating a short scene about what to do if the school fire alarm rings.</w:t>
      </w:r>
      <w:r>
        <w:br/>
        <w:t xml:space="preserve">   a) What locations might be used?</w:t>
      </w:r>
      <w:r>
        <w:br/>
        <w:t xml:space="preserve">   b) What props would be needed?</w:t>
      </w:r>
      <w:r>
        <w:br/>
        <w:t xml:space="preserve">   c) Who might you include?</w:t>
      </w:r>
      <w:r>
        <w:br/>
        <w:t xml:space="preserve">   d) What is a potential problem in making a film like this in school?</w:t>
      </w:r>
    </w:p>
    <w:p w:rsidR="00EB4867" w:rsidRPr="0091140C" w:rsidRDefault="00000000" w:rsidP="003A4103">
      <w:pPr>
        <w:spacing w:line="360" w:lineRule="auto"/>
        <w:rPr>
          <w:b/>
          <w:bCs/>
        </w:rPr>
      </w:pPr>
      <w:r w:rsidRPr="0091140C">
        <w:rPr>
          <w:b/>
          <w:bCs/>
        </w:rPr>
        <w:t>Lesson 2 – Using Sound</w:t>
      </w:r>
    </w:p>
    <w:p w:rsidR="00EB4867" w:rsidRDefault="00000000" w:rsidP="003A4103">
      <w:pPr>
        <w:spacing w:line="360" w:lineRule="auto"/>
      </w:pPr>
      <w:r>
        <w:t>1. Three different film scenes are described. For each, give examples of sounds the audience would expect to hear:</w:t>
      </w:r>
      <w:r>
        <w:br/>
        <w:t xml:space="preserve">   a) Two people driving home at night in the rain.</w:t>
      </w:r>
      <w:r>
        <w:br/>
        <w:t xml:space="preserve">   b) Three friends walking a dog on the beach in the morning.</w:t>
      </w:r>
      <w:r>
        <w:br/>
        <w:t xml:space="preserve">   c) A couple eating a meal in a restaurant for a birthday.</w:t>
      </w:r>
    </w:p>
    <w:p w:rsidR="00EB4867" w:rsidRDefault="00000000" w:rsidP="003A4103">
      <w:pPr>
        <w:spacing w:line="360" w:lineRule="auto"/>
      </w:pPr>
      <w:r>
        <w:t>2. Describe the type of music you might expect to hear for the same three scenes:</w:t>
      </w:r>
      <w:r>
        <w:br/>
        <w:t xml:space="preserve">   a) Driving in the rain</w:t>
      </w:r>
      <w:r>
        <w:br/>
        <w:t xml:space="preserve">   b) Walking on the beach</w:t>
      </w:r>
      <w:r>
        <w:br/>
        <w:t xml:space="preserve">   c) A birthday meal</w:t>
      </w:r>
    </w:p>
    <w:p w:rsidR="00EB4867" w:rsidRPr="0091140C" w:rsidRDefault="00000000" w:rsidP="003A4103">
      <w:pPr>
        <w:spacing w:line="360" w:lineRule="auto"/>
        <w:rPr>
          <w:b/>
          <w:bCs/>
        </w:rPr>
      </w:pPr>
      <w:r w:rsidRPr="0091140C">
        <w:rPr>
          <w:b/>
          <w:bCs/>
        </w:rPr>
        <w:t>Lesson 3 – Good Use of Text</w:t>
      </w:r>
    </w:p>
    <w:p w:rsidR="00EB4867" w:rsidRDefault="00000000" w:rsidP="003A4103">
      <w:pPr>
        <w:spacing w:line="360" w:lineRule="auto"/>
      </w:pPr>
      <w:r>
        <w:t>1. Give three potential uses of on‑screen text in a film.</w:t>
      </w:r>
    </w:p>
    <w:p w:rsidR="00EB4867" w:rsidRDefault="00000000" w:rsidP="003A4103">
      <w:pPr>
        <w:spacing w:line="360" w:lineRule="auto"/>
      </w:pPr>
      <w:r>
        <w:t>2. Describe the difference between a script and a screenplay.</w:t>
      </w:r>
    </w:p>
    <w:p w:rsidR="00EB4867" w:rsidRDefault="00000000" w:rsidP="003A4103">
      <w:pPr>
        <w:spacing w:line="360" w:lineRule="auto"/>
      </w:pPr>
      <w:r>
        <w:lastRenderedPageBreak/>
        <w:t>3. One element of a screenplay is given</w:t>
      </w:r>
      <w:r w:rsidR="0091140C">
        <w:t xml:space="preserve">. </w:t>
      </w:r>
      <w:r>
        <w:t>Name three others.</w:t>
      </w:r>
    </w:p>
    <w:p w:rsidR="0091140C" w:rsidRDefault="0091140C" w:rsidP="003A4103">
      <w:pPr>
        <w:spacing w:line="360" w:lineRule="auto"/>
      </w:pPr>
      <w:r>
        <w:t>Camera Position</w:t>
      </w:r>
    </w:p>
    <w:p w:rsidR="00EB4867" w:rsidRPr="0091140C" w:rsidRDefault="00000000" w:rsidP="003A4103">
      <w:pPr>
        <w:spacing w:line="360" w:lineRule="auto"/>
        <w:rPr>
          <w:b/>
          <w:bCs/>
        </w:rPr>
      </w:pPr>
      <w:r w:rsidRPr="0091140C">
        <w:rPr>
          <w:b/>
          <w:bCs/>
        </w:rPr>
        <w:t>Lessons 4 &amp; 5 – Storyboards</w:t>
      </w:r>
    </w:p>
    <w:p w:rsidR="00EB4867" w:rsidRDefault="00000000" w:rsidP="003A4103">
      <w:pPr>
        <w:spacing w:line="360" w:lineRule="auto"/>
      </w:pPr>
      <w:r>
        <w:t>1. When planning a film, a storyboard is essential.</w:t>
      </w:r>
      <w:r>
        <w:br/>
        <w:t xml:space="preserve">   a) Describe the purpose of a storyboard.</w:t>
      </w:r>
      <w:r>
        <w:br/>
        <w:t xml:space="preserve">   b) List four examples of information a storyboard should include.</w:t>
      </w:r>
    </w:p>
    <w:p w:rsidR="00EB4867" w:rsidRDefault="00000000" w:rsidP="003A4103">
      <w:pPr>
        <w:spacing w:line="360" w:lineRule="auto"/>
      </w:pPr>
      <w:r>
        <w:t>2. Describe the purpose of ‘finger-framing’ when planning a film.</w:t>
      </w:r>
    </w:p>
    <w:p w:rsidR="00EB4867" w:rsidRPr="0091140C" w:rsidRDefault="00000000" w:rsidP="003A4103">
      <w:pPr>
        <w:spacing w:line="360" w:lineRule="auto"/>
        <w:rPr>
          <w:b/>
          <w:bCs/>
        </w:rPr>
      </w:pPr>
      <w:r w:rsidRPr="0091140C">
        <w:rPr>
          <w:b/>
          <w:bCs/>
        </w:rPr>
        <w:t>Lessons 6 &amp; 7 – Shooting a Video</w:t>
      </w:r>
    </w:p>
    <w:p w:rsidR="00EB4867" w:rsidRDefault="00000000" w:rsidP="003A4103">
      <w:pPr>
        <w:spacing w:line="360" w:lineRule="auto"/>
      </w:pPr>
      <w:r>
        <w:t>1. Give four pieces of safe practice advice for anyone about to start filming.</w:t>
      </w:r>
    </w:p>
    <w:p w:rsidR="0091140C" w:rsidRDefault="00000000" w:rsidP="003A4103">
      <w:pPr>
        <w:spacing w:line="360" w:lineRule="auto"/>
      </w:pPr>
      <w:r>
        <w:t xml:space="preserve">2. Complete the paragraph about camera control. </w:t>
      </w:r>
    </w:p>
    <w:p w:rsidR="00EB4867" w:rsidRDefault="00000000" w:rsidP="003A4103">
      <w:pPr>
        <w:spacing w:line="360" w:lineRule="auto"/>
      </w:pPr>
      <w:r>
        <w:t>(Words: digital, frame, optical, ratio, zoom)</w:t>
      </w:r>
    </w:p>
    <w:p w:rsidR="0091140C" w:rsidRDefault="0091140C" w:rsidP="003A4103">
      <w:pPr>
        <w:spacing w:line="360" w:lineRule="auto"/>
      </w:pPr>
      <w:r>
        <w:t>Paragraph:</w:t>
      </w:r>
    </w:p>
    <w:p w:rsidR="0091140C" w:rsidRDefault="0091140C" w:rsidP="003A4103">
      <w:pPr>
        <w:spacing w:line="360" w:lineRule="auto"/>
      </w:pPr>
      <w:r>
        <w:t>Increasing or decreasing the size of something, without moving the camera, is done using the __________ function.</w:t>
      </w:r>
    </w:p>
    <w:p w:rsidR="0091140C" w:rsidRDefault="0091140C" w:rsidP="003A4103">
      <w:pPr>
        <w:spacing w:line="360" w:lineRule="auto"/>
      </w:pPr>
      <w:r>
        <w:t>It is important to remember that using __________ zoom will not affect the clarity of your video, but __________ zoom may start affecting the clarity of the video as it stretches the image.</w:t>
      </w:r>
    </w:p>
    <w:p w:rsidR="0091140C" w:rsidRDefault="0091140C" w:rsidP="003A4103">
      <w:pPr>
        <w:spacing w:line="360" w:lineRule="auto"/>
      </w:pPr>
      <w:r>
        <w:t>The aspect __________ tool is also used to match the shape of the __________ to suit the screen the final film will be viewed on.</w:t>
      </w:r>
    </w:p>
    <w:p w:rsidR="00EB4867" w:rsidRDefault="00000000" w:rsidP="003A4103">
      <w:pPr>
        <w:spacing w:line="360" w:lineRule="auto"/>
      </w:pPr>
      <w:r>
        <w:t>3. Match the terms to the correct descriptions:</w:t>
      </w:r>
      <w:r>
        <w:br/>
        <w:t xml:space="preserve">   • light balance</w:t>
      </w:r>
      <w:r w:rsidR="0091140C">
        <w:tab/>
        <w:t>aiming the camera up or down towards the subject</w:t>
      </w:r>
      <w:r>
        <w:br/>
        <w:t xml:space="preserve">   • focus</w:t>
      </w:r>
      <w:r w:rsidR="0091140C">
        <w:tab/>
      </w:r>
      <w:r w:rsidR="0091140C">
        <w:tab/>
        <w:t>a fixed, stable device for mounting the camera</w:t>
      </w:r>
      <w:r w:rsidR="0091140C">
        <w:tab/>
      </w:r>
      <w:r w:rsidR="0091140C">
        <w:tab/>
      </w:r>
      <w:r>
        <w:br/>
        <w:t xml:space="preserve">   • tripod</w:t>
      </w:r>
      <w:r w:rsidR="0091140C">
        <w:tab/>
      </w:r>
      <w:r w:rsidR="0091140C">
        <w:tab/>
        <w:t>how much light is captured when filming</w:t>
      </w:r>
      <w:r>
        <w:br/>
        <w:t xml:space="preserve">   • camera angle</w:t>
      </w:r>
      <w:r w:rsidR="0091140C">
        <w:tab/>
        <w:t>used to decide which object is clear in the frame</w:t>
      </w:r>
    </w:p>
    <w:p w:rsidR="00EB4867" w:rsidRDefault="00000000" w:rsidP="003A4103">
      <w:pPr>
        <w:spacing w:line="360" w:lineRule="auto"/>
      </w:pPr>
      <w:r>
        <w:t>4. Give one example of when it might be necessary to re-shoot a portion of a film.</w:t>
      </w:r>
    </w:p>
    <w:p w:rsidR="003A4103" w:rsidRDefault="003A4103" w:rsidP="003A4103">
      <w:pPr>
        <w:spacing w:line="360" w:lineRule="auto"/>
        <w:rPr>
          <w:b/>
          <w:bCs/>
        </w:rPr>
      </w:pPr>
      <w:r>
        <w:rPr>
          <w:b/>
          <w:bCs/>
        </w:rPr>
        <w:br w:type="page"/>
      </w:r>
    </w:p>
    <w:p w:rsidR="00EB4867" w:rsidRPr="0091140C" w:rsidRDefault="00000000" w:rsidP="003A4103">
      <w:pPr>
        <w:spacing w:line="360" w:lineRule="auto"/>
        <w:rPr>
          <w:b/>
          <w:bCs/>
        </w:rPr>
      </w:pPr>
      <w:r w:rsidRPr="0091140C">
        <w:rPr>
          <w:b/>
          <w:bCs/>
        </w:rPr>
        <w:lastRenderedPageBreak/>
        <w:t>Lessons 8 &amp; 9 – Video Editing</w:t>
      </w:r>
    </w:p>
    <w:p w:rsidR="00EB4867" w:rsidRDefault="00000000" w:rsidP="003A4103">
      <w:pPr>
        <w:spacing w:line="360" w:lineRule="auto"/>
      </w:pPr>
      <w:r>
        <w:t>1. Describe what these editing techniques do:</w:t>
      </w:r>
      <w:r>
        <w:br/>
        <w:t xml:space="preserve">   a) Cropping</w:t>
      </w:r>
      <w:r>
        <w:br/>
        <w:t xml:space="preserve">   b) Transitions</w:t>
      </w:r>
    </w:p>
    <w:p w:rsidR="003A4103" w:rsidRDefault="00000000" w:rsidP="003A4103">
      <w:pPr>
        <w:spacing w:line="360" w:lineRule="auto"/>
      </w:pPr>
      <w:r>
        <w:t>2. What is the difference between splicing and splitting video?</w:t>
      </w:r>
    </w:p>
    <w:p w:rsidR="00EB4867" w:rsidRDefault="00000000" w:rsidP="003A4103">
      <w:pPr>
        <w:spacing w:line="360" w:lineRule="auto"/>
      </w:pPr>
      <w:r>
        <w:t>3. Why is it often difficult to agree on a final edit of any film?</w:t>
      </w:r>
    </w:p>
    <w:p w:rsidR="00EB4867" w:rsidRDefault="00000000" w:rsidP="003A4103">
      <w:pPr>
        <w:spacing w:line="360" w:lineRule="auto"/>
      </w:pPr>
      <w:r>
        <w:t>4. Peer review a classmate’s film. Describe one thing to look for in each area:</w:t>
      </w:r>
      <w:r>
        <w:br/>
        <w:t xml:space="preserve">   a) Planning</w:t>
      </w:r>
      <w:r>
        <w:br/>
        <w:t xml:space="preserve">   b) Shooting</w:t>
      </w:r>
      <w:r>
        <w:br/>
        <w:t xml:space="preserve">   c) Content</w:t>
      </w:r>
      <w:r>
        <w:br/>
        <w:t xml:space="preserve">   d) Editing</w:t>
      </w:r>
    </w:p>
    <w:p w:rsidR="00EB4867" w:rsidRPr="003A4103" w:rsidRDefault="00000000" w:rsidP="003A4103">
      <w:pPr>
        <w:spacing w:line="360" w:lineRule="auto"/>
        <w:rPr>
          <w:b/>
          <w:bCs/>
        </w:rPr>
      </w:pPr>
      <w:r w:rsidRPr="003A4103">
        <w:rPr>
          <w:b/>
          <w:bCs/>
        </w:rPr>
        <w:t>Lesson 10 – Safe and Responsible Use of Videos</w:t>
      </w:r>
    </w:p>
    <w:p w:rsidR="003A4103" w:rsidRDefault="003A4103" w:rsidP="003A4103">
      <w:pPr>
        <w:spacing w:line="360" w:lineRule="auto"/>
      </w:pPr>
      <w:r>
        <w:t>1. Give three pieces of personal information that might accidentally be shared in an online video, without the person’s permission.</w:t>
      </w:r>
    </w:p>
    <w:p w:rsidR="003A4103" w:rsidRDefault="003A4103" w:rsidP="003A4103">
      <w:pPr>
        <w:spacing w:line="360" w:lineRule="auto"/>
      </w:pPr>
      <w:r>
        <w:t>2. Read the two scenarios. Choose one and answer the questions that follow.</w:t>
      </w:r>
    </w:p>
    <w:p w:rsidR="003A4103" w:rsidRPr="003A4103" w:rsidRDefault="003A4103" w:rsidP="003A4103">
      <w:pPr>
        <w:spacing w:line="360" w:lineRule="auto"/>
        <w:rPr>
          <w:b/>
          <w:bCs/>
        </w:rPr>
      </w:pPr>
      <w:r w:rsidRPr="003A4103">
        <w:rPr>
          <w:b/>
          <w:bCs/>
        </w:rPr>
        <w:t>Scenario 1:</w:t>
      </w:r>
    </w:p>
    <w:p w:rsidR="003A4103" w:rsidRDefault="003A4103" w:rsidP="003A4103">
      <w:pPr>
        <w:spacing w:line="360" w:lineRule="auto"/>
      </w:pPr>
      <w:r>
        <w:t>A boy is bullied by three other boys while walking to school alone. This incident is filmed and put on a social media site. Some friends of the bullies make cruel comments about the video.</w:t>
      </w:r>
    </w:p>
    <w:p w:rsidR="003A4103" w:rsidRPr="003A4103" w:rsidRDefault="003A4103" w:rsidP="003A4103">
      <w:pPr>
        <w:spacing w:line="360" w:lineRule="auto"/>
        <w:rPr>
          <w:b/>
          <w:bCs/>
        </w:rPr>
      </w:pPr>
      <w:r w:rsidRPr="003A4103">
        <w:rPr>
          <w:b/>
          <w:bCs/>
        </w:rPr>
        <w:t>Scenario 2:</w:t>
      </w:r>
    </w:p>
    <w:p w:rsidR="003A4103" w:rsidRDefault="003A4103" w:rsidP="003A4103">
      <w:pPr>
        <w:spacing w:line="360" w:lineRule="auto"/>
      </w:pPr>
      <w:r>
        <w:t>A student creates a video and shares it on a website. He is wearing the school uniform in the video, and someone approaches him as he is leaving school one day, having found the location of the school from the name on his uniform.</w:t>
      </w:r>
    </w:p>
    <w:p w:rsidR="003A4103" w:rsidRDefault="003A4103" w:rsidP="003A4103">
      <w:pPr>
        <w:spacing w:line="360" w:lineRule="auto"/>
      </w:pPr>
      <w:r>
        <w:t>a) What is the issue? What is the unacceptable or inappropriate behaviour in the scenario?</w:t>
      </w:r>
    </w:p>
    <w:p w:rsidR="003A4103" w:rsidRDefault="003A4103" w:rsidP="003A4103">
      <w:pPr>
        <w:spacing w:line="360" w:lineRule="auto"/>
      </w:pPr>
      <w:r>
        <w:t xml:space="preserve">b) Who is affected by the video? Who is the victim, and why is that person being </w:t>
      </w:r>
      <w:r>
        <w:t>victimized</w:t>
      </w:r>
      <w:r>
        <w:t>?</w:t>
      </w:r>
    </w:p>
    <w:p w:rsidR="003A4103" w:rsidRDefault="003A4103" w:rsidP="003A4103">
      <w:r>
        <w:br w:type="page"/>
      </w:r>
    </w:p>
    <w:p w:rsidR="00920CB4" w:rsidRPr="001C3C15" w:rsidRDefault="00920CB4" w:rsidP="00920CB4">
      <w:pPr>
        <w:spacing w:line="360" w:lineRule="auto"/>
        <w:rPr>
          <w:b/>
          <w:bCs/>
        </w:rPr>
      </w:pPr>
      <w:r w:rsidRPr="001C3C15">
        <w:rPr>
          <w:b/>
          <w:bCs/>
        </w:rPr>
        <w:lastRenderedPageBreak/>
        <w:t>Lesson 1 – Designing, testing and repurposing an algorithm</w:t>
      </w:r>
    </w:p>
    <w:p w:rsidR="00920CB4" w:rsidRDefault="00920CB4" w:rsidP="00920CB4">
      <w:pPr>
        <w:spacing w:line="360" w:lineRule="auto"/>
      </w:pPr>
      <w:r>
        <w:t>1. Describe what is meant by repurposing an algorithm.</w:t>
      </w:r>
    </w:p>
    <w:p w:rsidR="00920CB4" w:rsidRDefault="00920CB4" w:rsidP="00920CB4">
      <w:pPr>
        <w:spacing w:line="360" w:lineRule="auto"/>
      </w:pPr>
      <w:r>
        <w:t>2. Repurpose the algorithm by stating the line numbers that need to be changed, followed by the new lines.</w:t>
      </w:r>
    </w:p>
    <w:p w:rsidR="00920CB4" w:rsidRDefault="00920CB4" w:rsidP="00920CB4">
      <w:pPr>
        <w:spacing w:line="360" w:lineRule="auto"/>
      </w:pPr>
      <w:r>
        <w:t>Original algorithm:</w:t>
      </w:r>
    </w:p>
    <w:p w:rsidR="00920CB4" w:rsidRDefault="00920CB4" w:rsidP="00920CB4">
      <w:pPr>
        <w:spacing w:line="360" w:lineRule="auto"/>
      </w:pPr>
      <w:r>
        <w:t xml:space="preserve">IF the whistle blows 1 </w:t>
      </w:r>
      <w:proofErr w:type="gramStart"/>
      <w:r>
        <w:t>time</w:t>
      </w:r>
      <w:proofErr w:type="gramEnd"/>
      <w:r>
        <w:t xml:space="preserve"> THEN</w:t>
      </w:r>
    </w:p>
    <w:p w:rsidR="00920CB4" w:rsidRDefault="00920CB4" w:rsidP="00920CB4">
      <w:pPr>
        <w:spacing w:line="360" w:lineRule="auto"/>
      </w:pPr>
      <w:r>
        <w:t>Clap 2 times</w:t>
      </w:r>
    </w:p>
    <w:p w:rsidR="00920CB4" w:rsidRDefault="00920CB4" w:rsidP="00920CB4">
      <w:pPr>
        <w:spacing w:line="360" w:lineRule="auto"/>
      </w:pPr>
      <w:r>
        <w:t xml:space="preserve">IF the bell rings 2 </w:t>
      </w:r>
      <w:proofErr w:type="gramStart"/>
      <w:r>
        <w:t>times</w:t>
      </w:r>
      <w:proofErr w:type="gramEnd"/>
      <w:r>
        <w:t xml:space="preserve"> THEN</w:t>
      </w:r>
    </w:p>
    <w:p w:rsidR="00920CB4" w:rsidRDefault="00920CB4" w:rsidP="00920CB4">
      <w:pPr>
        <w:spacing w:line="360" w:lineRule="auto"/>
      </w:pPr>
      <w:r>
        <w:t>Jump in the air</w:t>
      </w:r>
    </w:p>
    <w:p w:rsidR="00920CB4" w:rsidRDefault="00920CB4" w:rsidP="00920CB4">
      <w:pPr>
        <w:spacing w:line="360" w:lineRule="auto"/>
      </w:pPr>
      <w:r>
        <w:t xml:space="preserve">IF the drum bangs 3 </w:t>
      </w:r>
      <w:proofErr w:type="gramStart"/>
      <w:r>
        <w:t>times</w:t>
      </w:r>
      <w:proofErr w:type="gramEnd"/>
      <w:r>
        <w:t xml:space="preserve"> THEN</w:t>
      </w:r>
    </w:p>
    <w:p w:rsidR="00920CB4" w:rsidRDefault="00920CB4" w:rsidP="00920CB4">
      <w:pPr>
        <w:spacing w:line="360" w:lineRule="auto"/>
      </w:pPr>
      <w:r>
        <w:t>Shout “Ready to go!”</w:t>
      </w:r>
    </w:p>
    <w:p w:rsidR="00920CB4" w:rsidRDefault="00920CB4" w:rsidP="00920CB4">
      <w:pPr>
        <w:spacing w:line="360" w:lineRule="auto"/>
      </w:pPr>
      <w:r>
        <w:t xml:space="preserve">a) </w:t>
      </w:r>
      <w:proofErr w:type="gramStart"/>
      <w:r>
        <w:t>New</w:t>
      </w:r>
      <w:proofErr w:type="gramEnd"/>
      <w:r>
        <w:t xml:space="preserve"> condition: The whistle now blows twice and when the drum bangs, the person shouts “Let’s go!”</w:t>
      </w:r>
    </w:p>
    <w:p w:rsidR="00920CB4" w:rsidRDefault="00920CB4" w:rsidP="00920CB4">
      <w:pPr>
        <w:spacing w:line="360" w:lineRule="auto"/>
      </w:pPr>
      <w:r>
        <w:t xml:space="preserve">b) </w:t>
      </w:r>
      <w:proofErr w:type="gramStart"/>
      <w:r>
        <w:t>New</w:t>
      </w:r>
      <w:proofErr w:type="gramEnd"/>
      <w:r>
        <w:t xml:space="preserve"> condition: The bell is now a trumpet and the drum bangs 5 times.</w:t>
      </w:r>
    </w:p>
    <w:p w:rsidR="00920CB4" w:rsidRDefault="00920CB4" w:rsidP="00920CB4">
      <w:pPr>
        <w:spacing w:line="360" w:lineRule="auto"/>
      </w:pPr>
      <w:r>
        <w:t xml:space="preserve">c) </w:t>
      </w:r>
      <w:proofErr w:type="gramStart"/>
      <w:r>
        <w:t>New</w:t>
      </w:r>
      <w:proofErr w:type="gramEnd"/>
      <w:r>
        <w:t xml:space="preserve"> condition: Clap 3 times when the whistle blows and do 3 push-ups when the bell rings.</w:t>
      </w:r>
    </w:p>
    <w:p w:rsidR="00920CB4" w:rsidRDefault="00920CB4" w:rsidP="00920CB4">
      <w:pPr>
        <w:spacing w:line="360" w:lineRule="auto"/>
      </w:pPr>
      <w:r>
        <w:t>3. Describe the purpose of a variable in an algorithm.</w:t>
      </w:r>
    </w:p>
    <w:p w:rsidR="00920CB4" w:rsidRDefault="00920CB4" w:rsidP="00920CB4">
      <w:pPr>
        <w:spacing w:line="360" w:lineRule="auto"/>
      </w:pPr>
      <w:r>
        <w:t>4. Identify the variables in the statements below:</w:t>
      </w:r>
    </w:p>
    <w:p w:rsidR="00920CB4" w:rsidRDefault="00920CB4" w:rsidP="00920CB4">
      <w:pPr>
        <w:spacing w:line="360" w:lineRule="auto"/>
      </w:pPr>
      <w:r>
        <w:t>a) My cat is called Porridge and she is light brown.</w:t>
      </w:r>
    </w:p>
    <w:p w:rsidR="00920CB4" w:rsidRDefault="00920CB4" w:rsidP="00920CB4">
      <w:pPr>
        <w:spacing w:line="360" w:lineRule="auto"/>
      </w:pPr>
      <w:r>
        <w:t>b) In Yorkshire, the weather is great and the temperature is 20 degrees.</w:t>
      </w:r>
    </w:p>
    <w:p w:rsidR="001C3C15" w:rsidRDefault="001C3C15">
      <w:r>
        <w:br w:type="page"/>
      </w:r>
    </w:p>
    <w:p w:rsidR="00920CB4" w:rsidRPr="001C3C15" w:rsidRDefault="00920CB4" w:rsidP="00920CB4">
      <w:pPr>
        <w:spacing w:line="360" w:lineRule="auto"/>
        <w:rPr>
          <w:b/>
          <w:bCs/>
        </w:rPr>
      </w:pPr>
      <w:r w:rsidRPr="001C3C15">
        <w:rPr>
          <w:b/>
          <w:bCs/>
        </w:rPr>
        <w:lastRenderedPageBreak/>
        <w:t>Lesson 2 – Creating an algorithm using loops</w:t>
      </w:r>
    </w:p>
    <w:p w:rsidR="00920CB4" w:rsidRDefault="00920CB4" w:rsidP="00920CB4">
      <w:pPr>
        <w:spacing w:line="360" w:lineRule="auto"/>
      </w:pPr>
      <w:r>
        <w:t>1. You have been asked to redesign an algorithm with repeated actions to use loops.</w:t>
      </w:r>
    </w:p>
    <w:p w:rsidR="00920CB4" w:rsidRDefault="00920CB4" w:rsidP="00920CB4">
      <w:pPr>
        <w:spacing w:line="360" w:lineRule="auto"/>
      </w:pPr>
      <w:r>
        <w:t>Describe two benefits of using loops in an algorithm.</w:t>
      </w:r>
    </w:p>
    <w:p w:rsidR="00920CB4" w:rsidRDefault="00920CB4" w:rsidP="00920CB4">
      <w:pPr>
        <w:spacing w:line="360" w:lineRule="auto"/>
      </w:pPr>
      <w:r>
        <w:t>2. Using the REPEAT command, add a loop to the algorithm for painting a fence with four panels.</w:t>
      </w:r>
    </w:p>
    <w:p w:rsidR="00920CB4" w:rsidRDefault="00920CB4" w:rsidP="00920CB4">
      <w:pPr>
        <w:spacing w:line="360" w:lineRule="auto"/>
      </w:pPr>
      <w:r>
        <w:t>Write your new version of the algorithm.</w:t>
      </w:r>
    </w:p>
    <w:p w:rsidR="001C3C15" w:rsidRDefault="001C3C15" w:rsidP="00920CB4">
      <w:pPr>
        <w:spacing w:line="360" w:lineRule="auto"/>
      </w:pPr>
      <w:r w:rsidRPr="001C3C15">
        <w:drawing>
          <wp:inline distT="0" distB="0" distL="0" distR="0" wp14:anchorId="57C14E5F" wp14:editId="4B436B54">
            <wp:extent cx="1371600" cy="2667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371600" cy="2667000"/>
                    </a:xfrm>
                    <a:prstGeom prst="rect">
                      <a:avLst/>
                    </a:prstGeom>
                  </pic:spPr>
                </pic:pic>
              </a:graphicData>
            </a:graphic>
          </wp:inline>
        </w:drawing>
      </w:r>
    </w:p>
    <w:p w:rsidR="00920CB4" w:rsidRDefault="00920CB4" w:rsidP="00920CB4">
      <w:pPr>
        <w:spacing w:line="360" w:lineRule="auto"/>
      </w:pPr>
      <w:r>
        <w:t>3. Describe the purpose of the REPEAT UNTIL command.</w:t>
      </w:r>
    </w:p>
    <w:p w:rsidR="00920CB4" w:rsidRDefault="00920CB4" w:rsidP="00920CB4">
      <w:pPr>
        <w:spacing w:line="360" w:lineRule="auto"/>
      </w:pPr>
      <w:r>
        <w:t>4. Using the same algorithm from question 2, recreate it using the REPEAT UNTIL command.</w:t>
      </w:r>
    </w:p>
    <w:p w:rsidR="001C3C15" w:rsidRDefault="001C3C15">
      <w:r>
        <w:br w:type="page"/>
      </w:r>
    </w:p>
    <w:p w:rsidR="00920CB4" w:rsidRPr="001C3C15" w:rsidRDefault="00920CB4" w:rsidP="00920CB4">
      <w:pPr>
        <w:spacing w:line="360" w:lineRule="auto"/>
        <w:rPr>
          <w:b/>
          <w:bCs/>
        </w:rPr>
      </w:pPr>
      <w:r w:rsidRPr="001C3C15">
        <w:rPr>
          <w:b/>
          <w:bCs/>
        </w:rPr>
        <w:lastRenderedPageBreak/>
        <w:t>Lesson 3 – Programming an algorithm that contains variables</w:t>
      </w:r>
    </w:p>
    <w:p w:rsidR="00920CB4" w:rsidRDefault="00920CB4" w:rsidP="00920CB4">
      <w:pPr>
        <w:spacing w:line="360" w:lineRule="auto"/>
      </w:pPr>
      <w:r>
        <w:t>1. When using the following blocks in Scratch, in which section of the Code menu can they be found?</w:t>
      </w:r>
    </w:p>
    <w:p w:rsidR="00920CB4" w:rsidRDefault="00920CB4" w:rsidP="00920CB4">
      <w:pPr>
        <w:spacing w:line="360" w:lineRule="auto"/>
      </w:pPr>
      <w:r>
        <w:t>a) REPEAT</w:t>
      </w:r>
    </w:p>
    <w:p w:rsidR="00920CB4" w:rsidRDefault="00920CB4" w:rsidP="00920CB4">
      <w:pPr>
        <w:spacing w:line="360" w:lineRule="auto"/>
      </w:pPr>
      <w:r>
        <w:t>b) glide</w:t>
      </w:r>
    </w:p>
    <w:p w:rsidR="00920CB4" w:rsidRDefault="00920CB4" w:rsidP="00920CB4">
      <w:pPr>
        <w:spacing w:line="360" w:lineRule="auto"/>
      </w:pPr>
      <w:r>
        <w:t>c) IF… THEN…</w:t>
      </w:r>
    </w:p>
    <w:p w:rsidR="00920CB4" w:rsidRDefault="00920CB4" w:rsidP="00920CB4">
      <w:pPr>
        <w:spacing w:line="360" w:lineRule="auto"/>
      </w:pPr>
      <w:r>
        <w:t>d) divide</w:t>
      </w:r>
    </w:p>
    <w:p w:rsidR="00920CB4" w:rsidRDefault="00920CB4" w:rsidP="00920CB4">
      <w:pPr>
        <w:spacing w:line="360" w:lineRule="auto"/>
      </w:pPr>
      <w:r>
        <w:t>e) set variable to 0</w:t>
      </w:r>
    </w:p>
    <w:p w:rsidR="008C3416" w:rsidRDefault="00920CB4" w:rsidP="00920CB4">
      <w:pPr>
        <w:spacing w:line="360" w:lineRule="auto"/>
      </w:pPr>
      <w:r>
        <w:t>f) set x to 0</w:t>
      </w:r>
    </w:p>
    <w:p w:rsidR="008C3416" w:rsidRDefault="008C3416">
      <w:r>
        <w:br w:type="page"/>
      </w:r>
    </w:p>
    <w:p w:rsidR="008C3416" w:rsidRPr="008C3416" w:rsidRDefault="008C3416" w:rsidP="008C3416">
      <w:pPr>
        <w:pStyle w:val="Heading1"/>
        <w:rPr>
          <w:color w:val="000000"/>
        </w:rPr>
      </w:pPr>
      <w:r>
        <w:rPr>
          <w:rStyle w:val="Strong"/>
          <w:b/>
          <w:bCs/>
          <w:color w:val="000000"/>
        </w:rPr>
        <w:lastRenderedPageBreak/>
        <w:t>Section 1: Video Production and Editing</w:t>
      </w:r>
    </w:p>
    <w:p w:rsidR="008C3416" w:rsidRDefault="008C3416" w:rsidP="008C3416">
      <w:pPr>
        <w:pStyle w:val="Heading2"/>
        <w:spacing w:line="360" w:lineRule="auto"/>
        <w:rPr>
          <w:color w:val="000000"/>
        </w:rPr>
      </w:pPr>
      <w:r>
        <w:rPr>
          <w:rStyle w:val="Strong"/>
          <w:b/>
          <w:bCs/>
          <w:color w:val="000000"/>
        </w:rPr>
        <w:t>1.1 Planning and Staging a Film</w:t>
      </w:r>
    </w:p>
    <w:p w:rsidR="008C3416" w:rsidRDefault="008C3416" w:rsidP="008C3416">
      <w:pPr>
        <w:pStyle w:val="NormalWeb"/>
        <w:spacing w:line="360" w:lineRule="auto"/>
        <w:rPr>
          <w:color w:val="000000"/>
        </w:rPr>
      </w:pPr>
      <w:r>
        <w:rPr>
          <w:color w:val="000000"/>
        </w:rPr>
        <w:t>Before any filming begins, students must understand that planning is essential to creating a clear and effective video. Planning ensures that:</w:t>
      </w:r>
    </w:p>
    <w:p w:rsidR="008C3416" w:rsidRDefault="008C3416" w:rsidP="008C3416">
      <w:pPr>
        <w:pStyle w:val="NormalWeb"/>
        <w:numPr>
          <w:ilvl w:val="0"/>
          <w:numId w:val="10"/>
        </w:numPr>
        <w:spacing w:line="360" w:lineRule="auto"/>
        <w:rPr>
          <w:color w:val="000000"/>
        </w:rPr>
      </w:pPr>
      <w:r>
        <w:rPr>
          <w:color w:val="000000"/>
        </w:rPr>
        <w:t>The sequence of events makes sense to the audience.</w:t>
      </w:r>
    </w:p>
    <w:p w:rsidR="008C3416" w:rsidRDefault="008C3416" w:rsidP="008C3416">
      <w:pPr>
        <w:pStyle w:val="NormalWeb"/>
        <w:numPr>
          <w:ilvl w:val="0"/>
          <w:numId w:val="10"/>
        </w:numPr>
        <w:spacing w:line="360" w:lineRule="auto"/>
        <w:rPr>
          <w:color w:val="000000"/>
        </w:rPr>
      </w:pPr>
      <w:r>
        <w:rPr>
          <w:color w:val="000000"/>
        </w:rPr>
        <w:t>Filming time is used efficiently.</w:t>
      </w:r>
    </w:p>
    <w:p w:rsidR="008C3416" w:rsidRDefault="008C3416" w:rsidP="008C3416">
      <w:pPr>
        <w:pStyle w:val="NormalWeb"/>
        <w:numPr>
          <w:ilvl w:val="0"/>
          <w:numId w:val="10"/>
        </w:numPr>
        <w:spacing w:line="360" w:lineRule="auto"/>
        <w:rPr>
          <w:color w:val="000000"/>
        </w:rPr>
      </w:pPr>
      <w:r>
        <w:rPr>
          <w:color w:val="000000"/>
        </w:rPr>
        <w:t>Actors, props, and locations are prepared in advance.</w:t>
      </w:r>
    </w:p>
    <w:p w:rsidR="008C3416" w:rsidRDefault="008C3416" w:rsidP="008C3416">
      <w:pPr>
        <w:pStyle w:val="NormalWeb"/>
        <w:spacing w:line="360" w:lineRule="auto"/>
        <w:rPr>
          <w:color w:val="000000"/>
        </w:rPr>
      </w:pPr>
      <w:r>
        <w:rPr>
          <w:color w:val="000000"/>
        </w:rPr>
        <w:t>A poorly planned film may lead to confusion, repeated mistakes, wasted time, and scenes that do not line up properly.</w:t>
      </w:r>
    </w:p>
    <w:p w:rsidR="008C3416" w:rsidRDefault="008C3416" w:rsidP="008C3416">
      <w:pPr>
        <w:pStyle w:val="Heading3"/>
        <w:spacing w:line="360" w:lineRule="auto"/>
        <w:rPr>
          <w:color w:val="000000"/>
        </w:rPr>
      </w:pPr>
      <w:r>
        <w:rPr>
          <w:rStyle w:val="Strong"/>
          <w:b/>
          <w:bCs/>
          <w:color w:val="000000"/>
        </w:rPr>
        <w:t>Key Vocabulary</w:t>
      </w:r>
    </w:p>
    <w:p w:rsidR="008C3416" w:rsidRDefault="008C3416" w:rsidP="008C3416">
      <w:pPr>
        <w:pStyle w:val="NormalWeb"/>
        <w:numPr>
          <w:ilvl w:val="0"/>
          <w:numId w:val="11"/>
        </w:numPr>
        <w:spacing w:line="360" w:lineRule="auto"/>
        <w:rPr>
          <w:color w:val="000000"/>
        </w:rPr>
      </w:pPr>
      <w:r>
        <w:rPr>
          <w:rStyle w:val="Strong"/>
          <w:color w:val="000000"/>
        </w:rPr>
        <w:t>Shot:</w:t>
      </w:r>
      <w:r>
        <w:rPr>
          <w:rStyle w:val="apple-converted-space"/>
          <w:rFonts w:eastAsiaTheme="majorEastAsia"/>
          <w:color w:val="000000"/>
        </w:rPr>
        <w:t> </w:t>
      </w:r>
      <w:r>
        <w:rPr>
          <w:color w:val="000000"/>
        </w:rPr>
        <w:t>A single continuous piece of filming.</w:t>
      </w:r>
    </w:p>
    <w:p w:rsidR="008C3416" w:rsidRDefault="008C3416" w:rsidP="008C3416">
      <w:pPr>
        <w:pStyle w:val="NormalWeb"/>
        <w:numPr>
          <w:ilvl w:val="0"/>
          <w:numId w:val="11"/>
        </w:numPr>
        <w:spacing w:line="360" w:lineRule="auto"/>
        <w:rPr>
          <w:color w:val="000000"/>
        </w:rPr>
      </w:pPr>
      <w:r>
        <w:rPr>
          <w:rStyle w:val="Strong"/>
          <w:color w:val="000000"/>
        </w:rPr>
        <w:t>Frame:</w:t>
      </w:r>
      <w:r>
        <w:rPr>
          <w:rStyle w:val="apple-converted-space"/>
          <w:rFonts w:eastAsiaTheme="majorEastAsia"/>
          <w:color w:val="000000"/>
        </w:rPr>
        <w:t> </w:t>
      </w:r>
      <w:r>
        <w:rPr>
          <w:color w:val="000000"/>
        </w:rPr>
        <w:t>One still picture within a shot.</w:t>
      </w:r>
    </w:p>
    <w:p w:rsidR="008C3416" w:rsidRDefault="008C3416" w:rsidP="008C3416">
      <w:pPr>
        <w:pStyle w:val="NormalWeb"/>
        <w:numPr>
          <w:ilvl w:val="0"/>
          <w:numId w:val="11"/>
        </w:numPr>
        <w:spacing w:line="360" w:lineRule="auto"/>
        <w:rPr>
          <w:color w:val="000000"/>
        </w:rPr>
      </w:pPr>
      <w:r>
        <w:rPr>
          <w:rStyle w:val="Strong"/>
          <w:color w:val="000000"/>
        </w:rPr>
        <w:t>Staging:</w:t>
      </w:r>
      <w:r>
        <w:rPr>
          <w:rStyle w:val="apple-converted-space"/>
          <w:rFonts w:eastAsiaTheme="majorEastAsia"/>
          <w:color w:val="000000"/>
        </w:rPr>
        <w:t> </w:t>
      </w:r>
      <w:r>
        <w:rPr>
          <w:color w:val="000000"/>
        </w:rPr>
        <w:t>Arranging the action, props, and movement within a scene.</w:t>
      </w:r>
    </w:p>
    <w:p w:rsidR="008C3416" w:rsidRDefault="008C3416" w:rsidP="008C3416">
      <w:pPr>
        <w:pStyle w:val="Heading3"/>
        <w:spacing w:line="360" w:lineRule="auto"/>
        <w:rPr>
          <w:color w:val="000000"/>
        </w:rPr>
      </w:pPr>
      <w:r>
        <w:rPr>
          <w:rStyle w:val="Strong"/>
          <w:b/>
          <w:bCs/>
          <w:color w:val="000000"/>
        </w:rPr>
        <w:t>Questions to Consider When Planning a Video</w:t>
      </w:r>
    </w:p>
    <w:p w:rsidR="008C3416" w:rsidRDefault="008C3416" w:rsidP="008C3416">
      <w:pPr>
        <w:pStyle w:val="NormalWeb"/>
        <w:spacing w:line="360" w:lineRule="auto"/>
        <w:rPr>
          <w:color w:val="000000"/>
        </w:rPr>
      </w:pPr>
      <w:r>
        <w:rPr>
          <w:color w:val="000000"/>
        </w:rPr>
        <w:t>Students should always be able to answer the following:</w:t>
      </w:r>
    </w:p>
    <w:p w:rsidR="008C3416" w:rsidRDefault="008C3416" w:rsidP="008C3416">
      <w:pPr>
        <w:pStyle w:val="NormalWeb"/>
        <w:numPr>
          <w:ilvl w:val="0"/>
          <w:numId w:val="12"/>
        </w:numPr>
        <w:spacing w:line="360" w:lineRule="auto"/>
        <w:rPr>
          <w:color w:val="000000"/>
        </w:rPr>
      </w:pPr>
      <w:r>
        <w:rPr>
          <w:color w:val="000000"/>
        </w:rPr>
        <w:t>Who is the intended audience?</w:t>
      </w:r>
    </w:p>
    <w:p w:rsidR="008C3416" w:rsidRDefault="008C3416" w:rsidP="008C3416">
      <w:pPr>
        <w:pStyle w:val="NormalWeb"/>
        <w:numPr>
          <w:ilvl w:val="0"/>
          <w:numId w:val="12"/>
        </w:numPr>
        <w:spacing w:line="360" w:lineRule="auto"/>
        <w:rPr>
          <w:color w:val="000000"/>
        </w:rPr>
      </w:pPr>
      <w:r>
        <w:rPr>
          <w:color w:val="000000"/>
        </w:rPr>
        <w:t>What message or information must the video communicate?</w:t>
      </w:r>
    </w:p>
    <w:p w:rsidR="008C3416" w:rsidRDefault="008C3416" w:rsidP="008C3416">
      <w:pPr>
        <w:pStyle w:val="NormalWeb"/>
        <w:numPr>
          <w:ilvl w:val="0"/>
          <w:numId w:val="12"/>
        </w:numPr>
        <w:spacing w:line="360" w:lineRule="auto"/>
        <w:rPr>
          <w:color w:val="000000"/>
        </w:rPr>
      </w:pPr>
      <w:r>
        <w:rPr>
          <w:color w:val="000000"/>
        </w:rPr>
        <w:t>What location is most suitable for the scene?</w:t>
      </w:r>
    </w:p>
    <w:p w:rsidR="008C3416" w:rsidRDefault="008C3416" w:rsidP="008C3416">
      <w:pPr>
        <w:pStyle w:val="NormalWeb"/>
        <w:numPr>
          <w:ilvl w:val="0"/>
          <w:numId w:val="12"/>
        </w:numPr>
        <w:spacing w:line="360" w:lineRule="auto"/>
        <w:rPr>
          <w:color w:val="000000"/>
        </w:rPr>
      </w:pPr>
      <w:r>
        <w:rPr>
          <w:color w:val="000000"/>
        </w:rPr>
        <w:t>What props and equipment are required?</w:t>
      </w:r>
    </w:p>
    <w:p w:rsidR="008C3416" w:rsidRDefault="008C3416" w:rsidP="008C3416">
      <w:pPr>
        <w:pStyle w:val="NormalWeb"/>
        <w:numPr>
          <w:ilvl w:val="0"/>
          <w:numId w:val="12"/>
        </w:numPr>
        <w:spacing w:line="360" w:lineRule="auto"/>
        <w:rPr>
          <w:color w:val="000000"/>
        </w:rPr>
      </w:pPr>
      <w:r>
        <w:rPr>
          <w:color w:val="000000"/>
        </w:rPr>
        <w:t>What safety issues must be considered?</w:t>
      </w:r>
    </w:p>
    <w:p w:rsidR="008C3416" w:rsidRDefault="008C3416" w:rsidP="008C3416">
      <w:pPr>
        <w:spacing w:line="360" w:lineRule="auto"/>
      </w:pPr>
    </w:p>
    <w:p w:rsidR="008C3416" w:rsidRDefault="008C3416" w:rsidP="008C3416">
      <w:pPr>
        <w:pStyle w:val="Heading2"/>
        <w:spacing w:line="360" w:lineRule="auto"/>
        <w:rPr>
          <w:color w:val="000000"/>
        </w:rPr>
      </w:pPr>
      <w:r>
        <w:rPr>
          <w:rStyle w:val="Strong"/>
          <w:b/>
          <w:bCs/>
          <w:color w:val="000000"/>
        </w:rPr>
        <w:lastRenderedPageBreak/>
        <w:t>1.2 Using Sound Effectively</w:t>
      </w:r>
    </w:p>
    <w:p w:rsidR="008C3416" w:rsidRDefault="008C3416" w:rsidP="008C3416">
      <w:pPr>
        <w:pStyle w:val="NormalWeb"/>
        <w:spacing w:line="360" w:lineRule="auto"/>
        <w:rPr>
          <w:color w:val="000000"/>
        </w:rPr>
      </w:pPr>
      <w:r>
        <w:rPr>
          <w:color w:val="000000"/>
        </w:rPr>
        <w:t>Sound is a major part of storytelling in film. It sets the tone and helps the audience understand what is happening.</w:t>
      </w:r>
    </w:p>
    <w:p w:rsidR="008C3416" w:rsidRDefault="008C3416" w:rsidP="008C3416">
      <w:pPr>
        <w:pStyle w:val="Heading3"/>
        <w:spacing w:line="360" w:lineRule="auto"/>
        <w:rPr>
          <w:color w:val="000000"/>
        </w:rPr>
      </w:pPr>
      <w:r>
        <w:rPr>
          <w:rStyle w:val="Strong"/>
          <w:b/>
          <w:bCs/>
          <w:color w:val="000000"/>
        </w:rPr>
        <w:t>Types of Sound in Film</w:t>
      </w:r>
    </w:p>
    <w:p w:rsidR="008C3416" w:rsidRDefault="008C3416" w:rsidP="008C3416">
      <w:pPr>
        <w:pStyle w:val="NormalWeb"/>
        <w:numPr>
          <w:ilvl w:val="0"/>
          <w:numId w:val="13"/>
        </w:numPr>
        <w:spacing w:line="360" w:lineRule="auto"/>
        <w:rPr>
          <w:color w:val="000000"/>
        </w:rPr>
      </w:pPr>
      <w:r>
        <w:rPr>
          <w:rStyle w:val="Strong"/>
          <w:color w:val="000000"/>
        </w:rPr>
        <w:t>Speech:</w:t>
      </w:r>
      <w:r>
        <w:rPr>
          <w:rStyle w:val="apple-converted-space"/>
          <w:rFonts w:eastAsiaTheme="majorEastAsia"/>
          <w:color w:val="000000"/>
        </w:rPr>
        <w:t> </w:t>
      </w:r>
      <w:r>
        <w:rPr>
          <w:color w:val="000000"/>
        </w:rPr>
        <w:t>Dialogue or spoken explanation.</w:t>
      </w:r>
    </w:p>
    <w:p w:rsidR="008C3416" w:rsidRDefault="008C3416" w:rsidP="008C3416">
      <w:pPr>
        <w:pStyle w:val="NormalWeb"/>
        <w:numPr>
          <w:ilvl w:val="0"/>
          <w:numId w:val="13"/>
        </w:numPr>
        <w:spacing w:line="360" w:lineRule="auto"/>
        <w:rPr>
          <w:color w:val="000000"/>
        </w:rPr>
      </w:pPr>
      <w:r>
        <w:rPr>
          <w:rStyle w:val="Strong"/>
          <w:color w:val="000000"/>
        </w:rPr>
        <w:t>Natural Sound:</w:t>
      </w:r>
      <w:r>
        <w:rPr>
          <w:rStyle w:val="apple-converted-space"/>
          <w:rFonts w:eastAsiaTheme="majorEastAsia"/>
          <w:color w:val="000000"/>
        </w:rPr>
        <w:t> </w:t>
      </w:r>
      <w:r>
        <w:rPr>
          <w:color w:val="000000"/>
        </w:rPr>
        <w:t>Environmental sounds such as rain, wind, footsteps, waves, or traffic.</w:t>
      </w:r>
    </w:p>
    <w:p w:rsidR="008C3416" w:rsidRDefault="008C3416" w:rsidP="008C3416">
      <w:pPr>
        <w:pStyle w:val="NormalWeb"/>
        <w:numPr>
          <w:ilvl w:val="0"/>
          <w:numId w:val="13"/>
        </w:numPr>
        <w:spacing w:line="360" w:lineRule="auto"/>
        <w:rPr>
          <w:color w:val="000000"/>
        </w:rPr>
      </w:pPr>
      <w:r>
        <w:rPr>
          <w:rStyle w:val="Strong"/>
          <w:color w:val="000000"/>
        </w:rPr>
        <w:t>Sound Effects:</w:t>
      </w:r>
      <w:r>
        <w:rPr>
          <w:rStyle w:val="apple-converted-space"/>
          <w:rFonts w:eastAsiaTheme="majorEastAsia"/>
          <w:color w:val="000000"/>
        </w:rPr>
        <w:t> </w:t>
      </w:r>
      <w:r>
        <w:rPr>
          <w:color w:val="000000"/>
        </w:rPr>
        <w:t>Created or enhanced sounds such as beeps, alarms, bangs, or rustling.</w:t>
      </w:r>
    </w:p>
    <w:p w:rsidR="008C3416" w:rsidRDefault="008C3416" w:rsidP="008C3416">
      <w:pPr>
        <w:pStyle w:val="NormalWeb"/>
        <w:spacing w:line="360" w:lineRule="auto"/>
        <w:rPr>
          <w:color w:val="000000"/>
        </w:rPr>
      </w:pPr>
      <w:r>
        <w:rPr>
          <w:color w:val="000000"/>
        </w:rPr>
        <w:t>When planning sound, students must think about:</w:t>
      </w:r>
    </w:p>
    <w:p w:rsidR="008C3416" w:rsidRDefault="008C3416" w:rsidP="008C3416">
      <w:pPr>
        <w:pStyle w:val="NormalWeb"/>
        <w:numPr>
          <w:ilvl w:val="0"/>
          <w:numId w:val="14"/>
        </w:numPr>
        <w:spacing w:line="360" w:lineRule="auto"/>
        <w:rPr>
          <w:color w:val="000000"/>
        </w:rPr>
      </w:pPr>
      <w:r>
        <w:rPr>
          <w:color w:val="000000"/>
        </w:rPr>
        <w:t>What the characters are doing</w:t>
      </w:r>
    </w:p>
    <w:p w:rsidR="008C3416" w:rsidRDefault="008C3416" w:rsidP="008C3416">
      <w:pPr>
        <w:pStyle w:val="NormalWeb"/>
        <w:numPr>
          <w:ilvl w:val="0"/>
          <w:numId w:val="14"/>
        </w:numPr>
        <w:spacing w:line="360" w:lineRule="auto"/>
        <w:rPr>
          <w:color w:val="000000"/>
        </w:rPr>
      </w:pPr>
      <w:r>
        <w:rPr>
          <w:color w:val="000000"/>
        </w:rPr>
        <w:t>What the environment would naturally sound like</w:t>
      </w:r>
    </w:p>
    <w:p w:rsidR="008C3416" w:rsidRDefault="008C3416" w:rsidP="008C3416">
      <w:pPr>
        <w:pStyle w:val="NormalWeb"/>
        <w:numPr>
          <w:ilvl w:val="0"/>
          <w:numId w:val="14"/>
        </w:numPr>
        <w:spacing w:line="360" w:lineRule="auto"/>
        <w:rPr>
          <w:color w:val="000000"/>
        </w:rPr>
      </w:pPr>
      <w:r>
        <w:rPr>
          <w:color w:val="000000"/>
        </w:rPr>
        <w:t>Whether the scene requires sound effects to add realism</w:t>
      </w:r>
    </w:p>
    <w:p w:rsidR="008C3416" w:rsidRDefault="008C3416" w:rsidP="008C3416">
      <w:pPr>
        <w:pStyle w:val="Heading3"/>
        <w:spacing w:line="360" w:lineRule="auto"/>
        <w:rPr>
          <w:color w:val="000000"/>
        </w:rPr>
      </w:pPr>
      <w:r>
        <w:rPr>
          <w:rStyle w:val="Strong"/>
          <w:b/>
          <w:bCs/>
          <w:color w:val="000000"/>
        </w:rPr>
        <w:t>Background Music</w:t>
      </w:r>
    </w:p>
    <w:p w:rsidR="008C3416" w:rsidRDefault="008C3416" w:rsidP="008C3416">
      <w:pPr>
        <w:pStyle w:val="NormalWeb"/>
        <w:spacing w:line="360" w:lineRule="auto"/>
        <w:rPr>
          <w:color w:val="000000"/>
        </w:rPr>
      </w:pPr>
      <w:r>
        <w:rPr>
          <w:color w:val="000000"/>
        </w:rPr>
        <w:t>Music influences how the audience feels.</w:t>
      </w:r>
    </w:p>
    <w:p w:rsidR="008C3416" w:rsidRDefault="008C3416" w:rsidP="008C3416">
      <w:pPr>
        <w:pStyle w:val="NormalWeb"/>
        <w:numPr>
          <w:ilvl w:val="0"/>
          <w:numId w:val="15"/>
        </w:numPr>
        <w:spacing w:line="360" w:lineRule="auto"/>
        <w:rPr>
          <w:color w:val="000000"/>
        </w:rPr>
      </w:pPr>
      <w:r>
        <w:rPr>
          <w:color w:val="000000"/>
        </w:rPr>
        <w:t>A rainy night scene may use slow, dramatic music.</w:t>
      </w:r>
    </w:p>
    <w:p w:rsidR="008C3416" w:rsidRDefault="008C3416" w:rsidP="008C3416">
      <w:pPr>
        <w:pStyle w:val="NormalWeb"/>
        <w:numPr>
          <w:ilvl w:val="0"/>
          <w:numId w:val="15"/>
        </w:numPr>
        <w:spacing w:line="360" w:lineRule="auto"/>
        <w:rPr>
          <w:color w:val="000000"/>
        </w:rPr>
      </w:pPr>
      <w:r>
        <w:rPr>
          <w:color w:val="000000"/>
        </w:rPr>
        <w:t>A beach scene may use calm, gentle music.</w:t>
      </w:r>
    </w:p>
    <w:p w:rsidR="008C3416" w:rsidRPr="008C3416" w:rsidRDefault="008C3416" w:rsidP="008C3416">
      <w:pPr>
        <w:pStyle w:val="NormalWeb"/>
        <w:numPr>
          <w:ilvl w:val="0"/>
          <w:numId w:val="15"/>
        </w:numPr>
        <w:spacing w:line="360" w:lineRule="auto"/>
        <w:rPr>
          <w:color w:val="000000"/>
        </w:rPr>
      </w:pPr>
      <w:r>
        <w:rPr>
          <w:color w:val="000000"/>
        </w:rPr>
        <w:t>A birthday scene may use cheerful, lively music.</w:t>
      </w:r>
    </w:p>
    <w:p w:rsidR="008C3416" w:rsidRDefault="008C3416">
      <w:pPr>
        <w:rPr>
          <w:rStyle w:val="Strong"/>
          <w:rFonts w:asciiTheme="majorHAnsi" w:eastAsiaTheme="majorEastAsia" w:hAnsiTheme="majorHAnsi" w:cstheme="majorBidi"/>
          <w:color w:val="000000"/>
          <w:sz w:val="26"/>
          <w:szCs w:val="26"/>
        </w:rPr>
      </w:pPr>
      <w:r>
        <w:rPr>
          <w:rStyle w:val="Strong"/>
          <w:b w:val="0"/>
          <w:bCs w:val="0"/>
          <w:color w:val="000000"/>
        </w:rPr>
        <w:br w:type="page"/>
      </w:r>
    </w:p>
    <w:p w:rsidR="008C3416" w:rsidRDefault="008C3416" w:rsidP="008C3416">
      <w:pPr>
        <w:pStyle w:val="Heading2"/>
        <w:spacing w:line="360" w:lineRule="auto"/>
        <w:rPr>
          <w:color w:val="000000"/>
        </w:rPr>
      </w:pPr>
      <w:r>
        <w:rPr>
          <w:rStyle w:val="Strong"/>
          <w:b/>
          <w:bCs/>
          <w:color w:val="000000"/>
        </w:rPr>
        <w:lastRenderedPageBreak/>
        <w:t xml:space="preserve">1.3 Using Text </w:t>
      </w:r>
      <w:proofErr w:type="gramStart"/>
      <w:r>
        <w:rPr>
          <w:rStyle w:val="Strong"/>
          <w:b/>
          <w:bCs/>
          <w:color w:val="000000"/>
        </w:rPr>
        <w:t>On</w:t>
      </w:r>
      <w:proofErr w:type="gramEnd"/>
      <w:r>
        <w:rPr>
          <w:rStyle w:val="Strong"/>
          <w:b/>
          <w:bCs/>
          <w:color w:val="000000"/>
        </w:rPr>
        <w:t xml:space="preserve"> Screen</w:t>
      </w:r>
    </w:p>
    <w:p w:rsidR="008C3416" w:rsidRDefault="008C3416" w:rsidP="008C3416">
      <w:pPr>
        <w:pStyle w:val="NormalWeb"/>
        <w:spacing w:line="360" w:lineRule="auto"/>
        <w:rPr>
          <w:color w:val="000000"/>
        </w:rPr>
      </w:pPr>
      <w:r>
        <w:rPr>
          <w:color w:val="000000"/>
        </w:rPr>
        <w:t>Text is often used to:</w:t>
      </w:r>
    </w:p>
    <w:p w:rsidR="008C3416" w:rsidRDefault="008C3416" w:rsidP="008C3416">
      <w:pPr>
        <w:pStyle w:val="NormalWeb"/>
        <w:numPr>
          <w:ilvl w:val="0"/>
          <w:numId w:val="16"/>
        </w:numPr>
        <w:spacing w:line="360" w:lineRule="auto"/>
        <w:rPr>
          <w:color w:val="000000"/>
        </w:rPr>
      </w:pPr>
      <w:r>
        <w:rPr>
          <w:color w:val="000000"/>
        </w:rPr>
        <w:t>Introduce a scene or location</w:t>
      </w:r>
    </w:p>
    <w:p w:rsidR="008C3416" w:rsidRDefault="008C3416" w:rsidP="008C3416">
      <w:pPr>
        <w:pStyle w:val="NormalWeb"/>
        <w:numPr>
          <w:ilvl w:val="0"/>
          <w:numId w:val="16"/>
        </w:numPr>
        <w:spacing w:line="360" w:lineRule="auto"/>
        <w:rPr>
          <w:color w:val="000000"/>
        </w:rPr>
      </w:pPr>
      <w:r>
        <w:rPr>
          <w:color w:val="000000"/>
        </w:rPr>
        <w:t>Provide important information</w:t>
      </w:r>
    </w:p>
    <w:p w:rsidR="008C3416" w:rsidRDefault="008C3416" w:rsidP="008C3416">
      <w:pPr>
        <w:pStyle w:val="NormalWeb"/>
        <w:numPr>
          <w:ilvl w:val="0"/>
          <w:numId w:val="16"/>
        </w:numPr>
        <w:spacing w:line="360" w:lineRule="auto"/>
        <w:rPr>
          <w:color w:val="000000"/>
        </w:rPr>
      </w:pPr>
      <w:r>
        <w:rPr>
          <w:color w:val="000000"/>
        </w:rPr>
        <w:t>Label items or characters</w:t>
      </w:r>
    </w:p>
    <w:p w:rsidR="008C3416" w:rsidRDefault="008C3416" w:rsidP="008C3416">
      <w:pPr>
        <w:pStyle w:val="NormalWeb"/>
        <w:numPr>
          <w:ilvl w:val="0"/>
          <w:numId w:val="16"/>
        </w:numPr>
        <w:spacing w:line="360" w:lineRule="auto"/>
        <w:rPr>
          <w:color w:val="000000"/>
        </w:rPr>
      </w:pPr>
      <w:r>
        <w:rPr>
          <w:color w:val="000000"/>
        </w:rPr>
        <w:t>Show dialogue in silent videos</w:t>
      </w:r>
    </w:p>
    <w:p w:rsidR="008C3416" w:rsidRDefault="008C3416" w:rsidP="008C3416">
      <w:pPr>
        <w:pStyle w:val="NormalWeb"/>
        <w:numPr>
          <w:ilvl w:val="0"/>
          <w:numId w:val="16"/>
        </w:numPr>
        <w:spacing w:line="360" w:lineRule="auto"/>
        <w:rPr>
          <w:color w:val="000000"/>
        </w:rPr>
      </w:pPr>
      <w:r>
        <w:rPr>
          <w:color w:val="000000"/>
        </w:rPr>
        <w:t>Display credits or instructions</w:t>
      </w:r>
    </w:p>
    <w:p w:rsidR="008C3416" w:rsidRDefault="008C3416" w:rsidP="008C3416">
      <w:pPr>
        <w:pStyle w:val="Heading3"/>
        <w:spacing w:line="360" w:lineRule="auto"/>
        <w:rPr>
          <w:color w:val="000000"/>
        </w:rPr>
      </w:pPr>
      <w:r>
        <w:rPr>
          <w:rStyle w:val="Strong"/>
          <w:b/>
          <w:bCs/>
          <w:color w:val="000000"/>
        </w:rPr>
        <w:t>Script vs Screenplay</w:t>
      </w:r>
    </w:p>
    <w:p w:rsidR="008C3416" w:rsidRDefault="008C3416" w:rsidP="008C3416">
      <w:pPr>
        <w:pStyle w:val="NormalWeb"/>
        <w:numPr>
          <w:ilvl w:val="0"/>
          <w:numId w:val="17"/>
        </w:numPr>
        <w:spacing w:line="360" w:lineRule="auto"/>
        <w:rPr>
          <w:color w:val="000000"/>
        </w:rPr>
      </w:pPr>
      <w:r>
        <w:rPr>
          <w:rStyle w:val="Strong"/>
          <w:color w:val="000000"/>
        </w:rPr>
        <w:t>Script:</w:t>
      </w:r>
      <w:r>
        <w:rPr>
          <w:rStyle w:val="apple-converted-space"/>
          <w:rFonts w:eastAsiaTheme="majorEastAsia"/>
          <w:color w:val="000000"/>
        </w:rPr>
        <w:t> </w:t>
      </w:r>
      <w:r>
        <w:rPr>
          <w:color w:val="000000"/>
        </w:rPr>
        <w:t>Contains only the spoken words.</w:t>
      </w:r>
    </w:p>
    <w:p w:rsidR="008C3416" w:rsidRDefault="008C3416" w:rsidP="008C3416">
      <w:pPr>
        <w:pStyle w:val="NormalWeb"/>
        <w:numPr>
          <w:ilvl w:val="0"/>
          <w:numId w:val="17"/>
        </w:numPr>
        <w:spacing w:line="360" w:lineRule="auto"/>
        <w:rPr>
          <w:color w:val="000000"/>
        </w:rPr>
      </w:pPr>
      <w:r>
        <w:rPr>
          <w:rStyle w:val="Strong"/>
          <w:color w:val="000000"/>
        </w:rPr>
        <w:t>Screenplay:</w:t>
      </w:r>
      <w:r>
        <w:rPr>
          <w:rStyle w:val="apple-converted-space"/>
          <w:rFonts w:eastAsiaTheme="majorEastAsia"/>
          <w:color w:val="000000"/>
        </w:rPr>
        <w:t> </w:t>
      </w:r>
      <w:r>
        <w:rPr>
          <w:color w:val="000000"/>
        </w:rPr>
        <w:t>Includes camera directions, movement, sound cues, and actions.</w:t>
      </w:r>
    </w:p>
    <w:p w:rsidR="008C3416" w:rsidRDefault="008C3416" w:rsidP="008C3416">
      <w:pPr>
        <w:pStyle w:val="Heading3"/>
        <w:spacing w:line="360" w:lineRule="auto"/>
        <w:rPr>
          <w:color w:val="000000"/>
        </w:rPr>
      </w:pPr>
      <w:r>
        <w:rPr>
          <w:rStyle w:val="Strong"/>
          <w:b/>
          <w:bCs/>
          <w:color w:val="000000"/>
        </w:rPr>
        <w:t>Common Elements of a Screenplay</w:t>
      </w:r>
    </w:p>
    <w:p w:rsidR="008C3416" w:rsidRDefault="008C3416" w:rsidP="008C3416">
      <w:pPr>
        <w:pStyle w:val="NormalWeb"/>
        <w:numPr>
          <w:ilvl w:val="0"/>
          <w:numId w:val="18"/>
        </w:numPr>
        <w:spacing w:line="360" w:lineRule="auto"/>
        <w:rPr>
          <w:color w:val="000000"/>
        </w:rPr>
      </w:pPr>
      <w:r>
        <w:rPr>
          <w:color w:val="000000"/>
        </w:rPr>
        <w:t>Camera position</w:t>
      </w:r>
    </w:p>
    <w:p w:rsidR="008C3416" w:rsidRDefault="008C3416" w:rsidP="008C3416">
      <w:pPr>
        <w:pStyle w:val="NormalWeb"/>
        <w:numPr>
          <w:ilvl w:val="0"/>
          <w:numId w:val="18"/>
        </w:numPr>
        <w:spacing w:line="360" w:lineRule="auto"/>
        <w:rPr>
          <w:color w:val="000000"/>
        </w:rPr>
      </w:pPr>
      <w:r>
        <w:rPr>
          <w:color w:val="000000"/>
        </w:rPr>
        <w:t>Camera movement</w:t>
      </w:r>
    </w:p>
    <w:p w:rsidR="008C3416" w:rsidRDefault="008C3416" w:rsidP="008C3416">
      <w:pPr>
        <w:pStyle w:val="NormalWeb"/>
        <w:numPr>
          <w:ilvl w:val="0"/>
          <w:numId w:val="18"/>
        </w:numPr>
        <w:spacing w:line="360" w:lineRule="auto"/>
        <w:rPr>
          <w:color w:val="000000"/>
        </w:rPr>
      </w:pPr>
      <w:r>
        <w:rPr>
          <w:color w:val="000000"/>
        </w:rPr>
        <w:t>Dialogue</w:t>
      </w:r>
    </w:p>
    <w:p w:rsidR="008C3416" w:rsidRDefault="008C3416" w:rsidP="008C3416">
      <w:pPr>
        <w:pStyle w:val="NormalWeb"/>
        <w:numPr>
          <w:ilvl w:val="0"/>
          <w:numId w:val="18"/>
        </w:numPr>
        <w:spacing w:line="360" w:lineRule="auto"/>
        <w:rPr>
          <w:color w:val="000000"/>
        </w:rPr>
      </w:pPr>
      <w:r>
        <w:rPr>
          <w:color w:val="000000"/>
        </w:rPr>
        <w:t>Actions</w:t>
      </w:r>
    </w:p>
    <w:p w:rsidR="008C3416" w:rsidRPr="008C3416" w:rsidRDefault="008C3416" w:rsidP="008C3416">
      <w:pPr>
        <w:pStyle w:val="NormalWeb"/>
        <w:numPr>
          <w:ilvl w:val="0"/>
          <w:numId w:val="18"/>
        </w:numPr>
        <w:spacing w:line="360" w:lineRule="auto"/>
        <w:rPr>
          <w:color w:val="000000"/>
        </w:rPr>
      </w:pPr>
      <w:r>
        <w:rPr>
          <w:color w:val="000000"/>
        </w:rPr>
        <w:t>Notes for sound or lighting</w:t>
      </w:r>
    </w:p>
    <w:p w:rsidR="008C3416" w:rsidRDefault="008C3416" w:rsidP="008C3416">
      <w:pPr>
        <w:pStyle w:val="Heading2"/>
        <w:spacing w:line="360" w:lineRule="auto"/>
        <w:rPr>
          <w:color w:val="000000"/>
        </w:rPr>
      </w:pPr>
      <w:r>
        <w:rPr>
          <w:rStyle w:val="Strong"/>
          <w:b/>
          <w:bCs/>
          <w:color w:val="000000"/>
        </w:rPr>
        <w:t>1.4 Storyboarding</w:t>
      </w:r>
    </w:p>
    <w:p w:rsidR="008C3416" w:rsidRDefault="008C3416" w:rsidP="008C3416">
      <w:pPr>
        <w:pStyle w:val="NormalWeb"/>
        <w:spacing w:line="360" w:lineRule="auto"/>
        <w:rPr>
          <w:color w:val="000000"/>
        </w:rPr>
      </w:pPr>
      <w:r>
        <w:rPr>
          <w:color w:val="000000"/>
        </w:rPr>
        <w:t>A storyboard is a planning tool that shows each scene in order. It helps the filmmaker clearly organise:</w:t>
      </w:r>
    </w:p>
    <w:p w:rsidR="008C3416" w:rsidRDefault="008C3416" w:rsidP="008C3416">
      <w:pPr>
        <w:pStyle w:val="NormalWeb"/>
        <w:numPr>
          <w:ilvl w:val="0"/>
          <w:numId w:val="19"/>
        </w:numPr>
        <w:spacing w:line="360" w:lineRule="auto"/>
        <w:rPr>
          <w:color w:val="000000"/>
        </w:rPr>
      </w:pPr>
      <w:r>
        <w:rPr>
          <w:color w:val="000000"/>
        </w:rPr>
        <w:t>What the camera should see</w:t>
      </w:r>
    </w:p>
    <w:p w:rsidR="008C3416" w:rsidRDefault="008C3416" w:rsidP="008C3416">
      <w:pPr>
        <w:pStyle w:val="NormalWeb"/>
        <w:numPr>
          <w:ilvl w:val="0"/>
          <w:numId w:val="19"/>
        </w:numPr>
        <w:spacing w:line="360" w:lineRule="auto"/>
        <w:rPr>
          <w:color w:val="000000"/>
        </w:rPr>
      </w:pPr>
      <w:r>
        <w:rPr>
          <w:color w:val="000000"/>
        </w:rPr>
        <w:t>What actions are happening</w:t>
      </w:r>
    </w:p>
    <w:p w:rsidR="008C3416" w:rsidRDefault="008C3416" w:rsidP="008C3416">
      <w:pPr>
        <w:pStyle w:val="NormalWeb"/>
        <w:numPr>
          <w:ilvl w:val="0"/>
          <w:numId w:val="19"/>
        </w:numPr>
        <w:spacing w:line="360" w:lineRule="auto"/>
        <w:rPr>
          <w:color w:val="000000"/>
        </w:rPr>
      </w:pPr>
      <w:r>
        <w:rPr>
          <w:color w:val="000000"/>
        </w:rPr>
        <w:t>What dialogue or sound occurs</w:t>
      </w:r>
    </w:p>
    <w:p w:rsidR="008C3416" w:rsidRDefault="008C3416" w:rsidP="008C3416">
      <w:pPr>
        <w:pStyle w:val="NormalWeb"/>
        <w:numPr>
          <w:ilvl w:val="0"/>
          <w:numId w:val="19"/>
        </w:numPr>
        <w:spacing w:line="360" w:lineRule="auto"/>
        <w:rPr>
          <w:color w:val="000000"/>
        </w:rPr>
      </w:pPr>
      <w:r>
        <w:rPr>
          <w:color w:val="000000"/>
        </w:rPr>
        <w:t>How long each shot lasts</w:t>
      </w:r>
    </w:p>
    <w:p w:rsidR="008C3416" w:rsidRDefault="008C3416" w:rsidP="008C3416">
      <w:pPr>
        <w:pStyle w:val="Heading3"/>
        <w:spacing w:line="360" w:lineRule="auto"/>
        <w:rPr>
          <w:color w:val="000000"/>
        </w:rPr>
      </w:pPr>
      <w:r>
        <w:rPr>
          <w:rStyle w:val="Strong"/>
          <w:b/>
          <w:bCs/>
          <w:color w:val="000000"/>
        </w:rPr>
        <w:lastRenderedPageBreak/>
        <w:t>Information Found in a Storyboard</w:t>
      </w:r>
    </w:p>
    <w:p w:rsidR="008C3416" w:rsidRDefault="008C3416" w:rsidP="008C3416">
      <w:pPr>
        <w:pStyle w:val="NormalWeb"/>
        <w:numPr>
          <w:ilvl w:val="0"/>
          <w:numId w:val="20"/>
        </w:numPr>
        <w:spacing w:line="360" w:lineRule="auto"/>
        <w:rPr>
          <w:color w:val="000000"/>
        </w:rPr>
      </w:pPr>
      <w:r>
        <w:rPr>
          <w:color w:val="000000"/>
        </w:rPr>
        <w:t>Shot number</w:t>
      </w:r>
    </w:p>
    <w:p w:rsidR="008C3416" w:rsidRDefault="008C3416" w:rsidP="008C3416">
      <w:pPr>
        <w:pStyle w:val="NormalWeb"/>
        <w:numPr>
          <w:ilvl w:val="0"/>
          <w:numId w:val="20"/>
        </w:numPr>
        <w:spacing w:line="360" w:lineRule="auto"/>
        <w:rPr>
          <w:color w:val="000000"/>
        </w:rPr>
      </w:pPr>
      <w:r>
        <w:rPr>
          <w:color w:val="000000"/>
        </w:rPr>
        <w:t>Description of the action</w:t>
      </w:r>
    </w:p>
    <w:p w:rsidR="008C3416" w:rsidRDefault="008C3416" w:rsidP="008C3416">
      <w:pPr>
        <w:pStyle w:val="NormalWeb"/>
        <w:numPr>
          <w:ilvl w:val="0"/>
          <w:numId w:val="20"/>
        </w:numPr>
        <w:spacing w:line="360" w:lineRule="auto"/>
        <w:rPr>
          <w:color w:val="000000"/>
        </w:rPr>
      </w:pPr>
      <w:r>
        <w:rPr>
          <w:color w:val="000000"/>
        </w:rPr>
        <w:t>Camera angle and movement</w:t>
      </w:r>
    </w:p>
    <w:p w:rsidR="008C3416" w:rsidRDefault="008C3416" w:rsidP="008C3416">
      <w:pPr>
        <w:pStyle w:val="NormalWeb"/>
        <w:numPr>
          <w:ilvl w:val="0"/>
          <w:numId w:val="20"/>
        </w:numPr>
        <w:spacing w:line="360" w:lineRule="auto"/>
        <w:rPr>
          <w:color w:val="000000"/>
        </w:rPr>
      </w:pPr>
      <w:r>
        <w:rPr>
          <w:color w:val="000000"/>
        </w:rPr>
        <w:t>Notes on sound or dialogue</w:t>
      </w:r>
    </w:p>
    <w:p w:rsidR="008C3416" w:rsidRDefault="008C3416" w:rsidP="008C3416">
      <w:pPr>
        <w:pStyle w:val="NormalWeb"/>
        <w:numPr>
          <w:ilvl w:val="0"/>
          <w:numId w:val="20"/>
        </w:numPr>
        <w:spacing w:line="360" w:lineRule="auto"/>
        <w:rPr>
          <w:color w:val="000000"/>
        </w:rPr>
      </w:pPr>
      <w:r>
        <w:rPr>
          <w:color w:val="000000"/>
        </w:rPr>
        <w:t>Duration of the shot</w:t>
      </w:r>
    </w:p>
    <w:p w:rsidR="008C3416" w:rsidRDefault="008C3416" w:rsidP="008C3416">
      <w:pPr>
        <w:pStyle w:val="Heading3"/>
        <w:spacing w:line="360" w:lineRule="auto"/>
        <w:rPr>
          <w:color w:val="000000"/>
        </w:rPr>
      </w:pPr>
      <w:r>
        <w:rPr>
          <w:rStyle w:val="Strong"/>
          <w:b/>
          <w:bCs/>
          <w:color w:val="000000"/>
        </w:rPr>
        <w:t>Finger-Framing</w:t>
      </w:r>
    </w:p>
    <w:p w:rsidR="008C3416" w:rsidRPr="008C3416" w:rsidRDefault="008C3416" w:rsidP="008C3416">
      <w:pPr>
        <w:pStyle w:val="NormalWeb"/>
        <w:spacing w:line="360" w:lineRule="auto"/>
        <w:rPr>
          <w:color w:val="000000"/>
        </w:rPr>
      </w:pPr>
      <w:r>
        <w:rPr>
          <w:color w:val="000000"/>
        </w:rPr>
        <w:t>Finger-framing helps students decide what the camera view should look like before filming. It provides a natural guide for framing.</w:t>
      </w:r>
    </w:p>
    <w:p w:rsidR="008C3416" w:rsidRDefault="008C3416" w:rsidP="008C3416">
      <w:pPr>
        <w:pStyle w:val="Heading2"/>
        <w:spacing w:line="360" w:lineRule="auto"/>
        <w:rPr>
          <w:color w:val="000000"/>
        </w:rPr>
      </w:pPr>
      <w:r>
        <w:rPr>
          <w:rStyle w:val="Strong"/>
          <w:b/>
          <w:bCs/>
          <w:color w:val="000000"/>
        </w:rPr>
        <w:t>1.5 Safe Filming Practices</w:t>
      </w:r>
    </w:p>
    <w:p w:rsidR="008C3416" w:rsidRDefault="008C3416" w:rsidP="008C3416">
      <w:pPr>
        <w:pStyle w:val="NormalWeb"/>
        <w:spacing w:line="360" w:lineRule="auto"/>
        <w:rPr>
          <w:color w:val="000000"/>
        </w:rPr>
      </w:pPr>
      <w:r>
        <w:rPr>
          <w:color w:val="000000"/>
        </w:rPr>
        <w:t>Students must follow safety rules when filming:</w:t>
      </w:r>
    </w:p>
    <w:p w:rsidR="008C3416" w:rsidRDefault="008C3416" w:rsidP="008C3416">
      <w:pPr>
        <w:pStyle w:val="NormalWeb"/>
        <w:numPr>
          <w:ilvl w:val="0"/>
          <w:numId w:val="21"/>
        </w:numPr>
        <w:spacing w:line="360" w:lineRule="auto"/>
        <w:rPr>
          <w:color w:val="000000"/>
        </w:rPr>
      </w:pPr>
      <w:r>
        <w:rPr>
          <w:color w:val="000000"/>
        </w:rPr>
        <w:t>Keep equipment stable and secure.</w:t>
      </w:r>
    </w:p>
    <w:p w:rsidR="008C3416" w:rsidRDefault="008C3416" w:rsidP="008C3416">
      <w:pPr>
        <w:pStyle w:val="NormalWeb"/>
        <w:numPr>
          <w:ilvl w:val="0"/>
          <w:numId w:val="21"/>
        </w:numPr>
        <w:spacing w:line="360" w:lineRule="auto"/>
        <w:rPr>
          <w:color w:val="000000"/>
        </w:rPr>
      </w:pPr>
      <w:r>
        <w:rPr>
          <w:color w:val="000000"/>
        </w:rPr>
        <w:t>Avoid blocking walkways or creating hazards.</w:t>
      </w:r>
    </w:p>
    <w:p w:rsidR="008C3416" w:rsidRDefault="008C3416" w:rsidP="008C3416">
      <w:pPr>
        <w:pStyle w:val="NormalWeb"/>
        <w:numPr>
          <w:ilvl w:val="0"/>
          <w:numId w:val="21"/>
        </w:numPr>
        <w:spacing w:line="360" w:lineRule="auto"/>
        <w:rPr>
          <w:color w:val="000000"/>
        </w:rPr>
      </w:pPr>
      <w:r>
        <w:rPr>
          <w:color w:val="000000"/>
        </w:rPr>
        <w:t>Be aware of cables or tripods that could cause tripping.</w:t>
      </w:r>
    </w:p>
    <w:p w:rsidR="008C3416" w:rsidRDefault="008C3416" w:rsidP="008C3416">
      <w:pPr>
        <w:pStyle w:val="NormalWeb"/>
        <w:numPr>
          <w:ilvl w:val="0"/>
          <w:numId w:val="21"/>
        </w:numPr>
        <w:spacing w:line="360" w:lineRule="auto"/>
        <w:rPr>
          <w:color w:val="000000"/>
        </w:rPr>
      </w:pPr>
      <w:r>
        <w:rPr>
          <w:color w:val="000000"/>
        </w:rPr>
        <w:t>Do not film in unsafe or restricted areas.</w:t>
      </w:r>
    </w:p>
    <w:p w:rsidR="008C3416" w:rsidRPr="008C3416" w:rsidRDefault="008C3416" w:rsidP="008C3416">
      <w:pPr>
        <w:pStyle w:val="NormalWeb"/>
        <w:numPr>
          <w:ilvl w:val="0"/>
          <w:numId w:val="21"/>
        </w:numPr>
        <w:spacing w:line="360" w:lineRule="auto"/>
        <w:rPr>
          <w:color w:val="000000"/>
        </w:rPr>
      </w:pPr>
      <w:r>
        <w:rPr>
          <w:color w:val="000000"/>
        </w:rPr>
        <w:t>Always gain permission before filming people.</w:t>
      </w:r>
    </w:p>
    <w:p w:rsidR="008C3416" w:rsidRDefault="008C3416" w:rsidP="008C3416">
      <w:pPr>
        <w:pStyle w:val="Heading2"/>
        <w:spacing w:line="360" w:lineRule="auto"/>
        <w:rPr>
          <w:color w:val="000000"/>
        </w:rPr>
      </w:pPr>
      <w:r>
        <w:rPr>
          <w:rStyle w:val="Strong"/>
          <w:b/>
          <w:bCs/>
          <w:color w:val="000000"/>
        </w:rPr>
        <w:t>1.6 Camera Control and Technical Skills</w:t>
      </w:r>
    </w:p>
    <w:p w:rsidR="008C3416" w:rsidRDefault="008C3416" w:rsidP="008C3416">
      <w:pPr>
        <w:pStyle w:val="Heading3"/>
        <w:spacing w:line="360" w:lineRule="auto"/>
        <w:rPr>
          <w:color w:val="000000"/>
        </w:rPr>
      </w:pPr>
      <w:r>
        <w:rPr>
          <w:rStyle w:val="Strong"/>
          <w:b/>
          <w:bCs/>
          <w:color w:val="000000"/>
        </w:rPr>
        <w:t>Zoom</w:t>
      </w:r>
    </w:p>
    <w:p w:rsidR="008C3416" w:rsidRDefault="008C3416" w:rsidP="008C3416">
      <w:pPr>
        <w:pStyle w:val="NormalWeb"/>
        <w:numPr>
          <w:ilvl w:val="0"/>
          <w:numId w:val="22"/>
        </w:numPr>
        <w:spacing w:line="360" w:lineRule="auto"/>
        <w:rPr>
          <w:color w:val="000000"/>
        </w:rPr>
      </w:pPr>
      <w:r>
        <w:rPr>
          <w:rStyle w:val="Strong"/>
          <w:color w:val="000000"/>
        </w:rPr>
        <w:t>Optical Zoom:</w:t>
      </w:r>
      <w:r>
        <w:rPr>
          <w:rStyle w:val="apple-converted-space"/>
          <w:rFonts w:eastAsiaTheme="majorEastAsia"/>
          <w:color w:val="000000"/>
        </w:rPr>
        <w:t> </w:t>
      </w:r>
      <w:r>
        <w:rPr>
          <w:color w:val="000000"/>
        </w:rPr>
        <w:t>Uses the camera lens; keeps image clear.</w:t>
      </w:r>
    </w:p>
    <w:p w:rsidR="008C3416" w:rsidRDefault="008C3416" w:rsidP="008C3416">
      <w:pPr>
        <w:pStyle w:val="NormalWeb"/>
        <w:numPr>
          <w:ilvl w:val="0"/>
          <w:numId w:val="22"/>
        </w:numPr>
        <w:spacing w:line="360" w:lineRule="auto"/>
        <w:rPr>
          <w:color w:val="000000"/>
        </w:rPr>
      </w:pPr>
      <w:r>
        <w:rPr>
          <w:rStyle w:val="Strong"/>
          <w:color w:val="000000"/>
        </w:rPr>
        <w:t>Digital Zoom:</w:t>
      </w:r>
      <w:r>
        <w:rPr>
          <w:rStyle w:val="apple-converted-space"/>
          <w:rFonts w:eastAsiaTheme="majorEastAsia"/>
          <w:color w:val="000000"/>
        </w:rPr>
        <w:t> </w:t>
      </w:r>
      <w:r>
        <w:rPr>
          <w:color w:val="000000"/>
        </w:rPr>
        <w:t>Enlarges the image digitally; may reduce clarity.</w:t>
      </w:r>
    </w:p>
    <w:p w:rsidR="008C3416" w:rsidRDefault="008C3416" w:rsidP="008C3416">
      <w:pPr>
        <w:pStyle w:val="Heading3"/>
        <w:spacing w:line="360" w:lineRule="auto"/>
        <w:rPr>
          <w:color w:val="000000"/>
        </w:rPr>
      </w:pPr>
      <w:r>
        <w:rPr>
          <w:rStyle w:val="Strong"/>
          <w:b/>
          <w:bCs/>
          <w:color w:val="000000"/>
        </w:rPr>
        <w:t>Aspect Ratio</w:t>
      </w:r>
    </w:p>
    <w:p w:rsidR="008C3416" w:rsidRDefault="008C3416" w:rsidP="008C3416">
      <w:pPr>
        <w:pStyle w:val="NormalWeb"/>
        <w:spacing w:line="360" w:lineRule="auto"/>
        <w:rPr>
          <w:color w:val="000000"/>
        </w:rPr>
      </w:pPr>
      <w:r>
        <w:rPr>
          <w:color w:val="000000"/>
        </w:rPr>
        <w:t>The aspect ratio determines the shape of the frame (such as 16:9). It ensures the video fits the screen properly.</w:t>
      </w:r>
    </w:p>
    <w:p w:rsidR="008C3416" w:rsidRDefault="008C3416" w:rsidP="008C3416">
      <w:pPr>
        <w:pStyle w:val="Heading3"/>
        <w:spacing w:line="360" w:lineRule="auto"/>
        <w:rPr>
          <w:color w:val="000000"/>
        </w:rPr>
      </w:pPr>
      <w:r>
        <w:rPr>
          <w:rStyle w:val="Strong"/>
          <w:b/>
          <w:bCs/>
          <w:color w:val="000000"/>
        </w:rPr>
        <w:lastRenderedPageBreak/>
        <w:t>Other Key Terms</w:t>
      </w:r>
    </w:p>
    <w:p w:rsidR="008C3416" w:rsidRDefault="008C3416" w:rsidP="008C3416">
      <w:pPr>
        <w:pStyle w:val="NormalWeb"/>
        <w:numPr>
          <w:ilvl w:val="0"/>
          <w:numId w:val="23"/>
        </w:numPr>
        <w:spacing w:line="360" w:lineRule="auto"/>
        <w:rPr>
          <w:color w:val="000000"/>
        </w:rPr>
      </w:pPr>
      <w:r>
        <w:rPr>
          <w:rStyle w:val="Strong"/>
          <w:color w:val="000000"/>
        </w:rPr>
        <w:t>Focus:</w:t>
      </w:r>
      <w:r>
        <w:rPr>
          <w:rStyle w:val="apple-converted-space"/>
          <w:rFonts w:eastAsiaTheme="majorEastAsia"/>
          <w:color w:val="000000"/>
        </w:rPr>
        <w:t> </w:t>
      </w:r>
      <w:r>
        <w:rPr>
          <w:color w:val="000000"/>
        </w:rPr>
        <w:t>Adjusts sharpness so objects appear clear.</w:t>
      </w:r>
    </w:p>
    <w:p w:rsidR="008C3416" w:rsidRDefault="008C3416" w:rsidP="008C3416">
      <w:pPr>
        <w:pStyle w:val="NormalWeb"/>
        <w:numPr>
          <w:ilvl w:val="0"/>
          <w:numId w:val="23"/>
        </w:numPr>
        <w:spacing w:line="360" w:lineRule="auto"/>
        <w:rPr>
          <w:color w:val="000000"/>
        </w:rPr>
      </w:pPr>
      <w:r>
        <w:rPr>
          <w:rStyle w:val="Strong"/>
          <w:color w:val="000000"/>
        </w:rPr>
        <w:t>Light Balance:</w:t>
      </w:r>
      <w:r>
        <w:rPr>
          <w:rStyle w:val="apple-converted-space"/>
          <w:rFonts w:eastAsiaTheme="majorEastAsia"/>
          <w:color w:val="000000"/>
        </w:rPr>
        <w:t> </w:t>
      </w:r>
      <w:r>
        <w:rPr>
          <w:color w:val="000000"/>
        </w:rPr>
        <w:t>Controls brightness and lighting conditions.</w:t>
      </w:r>
    </w:p>
    <w:p w:rsidR="008C3416" w:rsidRDefault="008C3416" w:rsidP="008C3416">
      <w:pPr>
        <w:pStyle w:val="NormalWeb"/>
        <w:numPr>
          <w:ilvl w:val="0"/>
          <w:numId w:val="23"/>
        </w:numPr>
        <w:spacing w:line="360" w:lineRule="auto"/>
        <w:rPr>
          <w:color w:val="000000"/>
        </w:rPr>
      </w:pPr>
      <w:r>
        <w:rPr>
          <w:rStyle w:val="Strong"/>
          <w:color w:val="000000"/>
        </w:rPr>
        <w:t>Camera Angle:</w:t>
      </w:r>
      <w:r>
        <w:rPr>
          <w:rStyle w:val="apple-converted-space"/>
          <w:rFonts w:eastAsiaTheme="majorEastAsia"/>
          <w:color w:val="000000"/>
        </w:rPr>
        <w:t> </w:t>
      </w:r>
      <w:r>
        <w:rPr>
          <w:color w:val="000000"/>
        </w:rPr>
        <w:t>Direction of the camera toward the subject.</w:t>
      </w:r>
    </w:p>
    <w:p w:rsidR="008C3416" w:rsidRPr="008C3416" w:rsidRDefault="008C3416" w:rsidP="008C3416">
      <w:pPr>
        <w:pStyle w:val="NormalWeb"/>
        <w:numPr>
          <w:ilvl w:val="0"/>
          <w:numId w:val="23"/>
        </w:numPr>
        <w:spacing w:line="360" w:lineRule="auto"/>
        <w:rPr>
          <w:color w:val="000000"/>
        </w:rPr>
      </w:pPr>
      <w:r>
        <w:rPr>
          <w:rStyle w:val="Strong"/>
          <w:color w:val="000000"/>
        </w:rPr>
        <w:t>Tripod:</w:t>
      </w:r>
      <w:r>
        <w:rPr>
          <w:rStyle w:val="apple-converted-space"/>
          <w:rFonts w:eastAsiaTheme="majorEastAsia"/>
          <w:color w:val="000000"/>
        </w:rPr>
        <w:t> </w:t>
      </w:r>
      <w:r>
        <w:rPr>
          <w:color w:val="000000"/>
        </w:rPr>
        <w:t>A stand used to keep the camera steady.</w:t>
      </w:r>
    </w:p>
    <w:p w:rsidR="008C3416" w:rsidRDefault="008C3416" w:rsidP="008C3416">
      <w:pPr>
        <w:pStyle w:val="Heading2"/>
        <w:spacing w:line="360" w:lineRule="auto"/>
        <w:rPr>
          <w:color w:val="000000"/>
        </w:rPr>
      </w:pPr>
      <w:r>
        <w:rPr>
          <w:rStyle w:val="Strong"/>
          <w:b/>
          <w:bCs/>
          <w:color w:val="000000"/>
        </w:rPr>
        <w:t>1.7 When to Reshoot</w:t>
      </w:r>
    </w:p>
    <w:p w:rsidR="008C3416" w:rsidRDefault="008C3416" w:rsidP="008C3416">
      <w:pPr>
        <w:pStyle w:val="NormalWeb"/>
        <w:spacing w:line="360" w:lineRule="auto"/>
        <w:rPr>
          <w:color w:val="000000"/>
        </w:rPr>
      </w:pPr>
      <w:r>
        <w:rPr>
          <w:color w:val="000000"/>
        </w:rPr>
        <w:t>A scene may need to be recorded again if:</w:t>
      </w:r>
    </w:p>
    <w:p w:rsidR="008C3416" w:rsidRDefault="008C3416" w:rsidP="008C3416">
      <w:pPr>
        <w:pStyle w:val="NormalWeb"/>
        <w:numPr>
          <w:ilvl w:val="0"/>
          <w:numId w:val="24"/>
        </w:numPr>
        <w:spacing w:line="360" w:lineRule="auto"/>
        <w:rPr>
          <w:color w:val="000000"/>
        </w:rPr>
      </w:pPr>
      <w:r>
        <w:rPr>
          <w:color w:val="000000"/>
        </w:rPr>
        <w:t>The sound is unclear</w:t>
      </w:r>
    </w:p>
    <w:p w:rsidR="008C3416" w:rsidRDefault="008C3416" w:rsidP="008C3416">
      <w:pPr>
        <w:pStyle w:val="NormalWeb"/>
        <w:numPr>
          <w:ilvl w:val="0"/>
          <w:numId w:val="24"/>
        </w:numPr>
        <w:spacing w:line="360" w:lineRule="auto"/>
        <w:rPr>
          <w:color w:val="000000"/>
        </w:rPr>
      </w:pPr>
      <w:r>
        <w:rPr>
          <w:color w:val="000000"/>
        </w:rPr>
        <w:t>Someone makes a mistake</w:t>
      </w:r>
    </w:p>
    <w:p w:rsidR="008C3416" w:rsidRDefault="008C3416" w:rsidP="008C3416">
      <w:pPr>
        <w:pStyle w:val="NormalWeb"/>
        <w:numPr>
          <w:ilvl w:val="0"/>
          <w:numId w:val="24"/>
        </w:numPr>
        <w:spacing w:line="360" w:lineRule="auto"/>
        <w:rPr>
          <w:color w:val="000000"/>
        </w:rPr>
      </w:pPr>
      <w:r>
        <w:rPr>
          <w:color w:val="000000"/>
        </w:rPr>
        <w:t>The camera shakes</w:t>
      </w:r>
    </w:p>
    <w:p w:rsidR="008C3416" w:rsidRDefault="008C3416" w:rsidP="008C3416">
      <w:pPr>
        <w:pStyle w:val="NormalWeb"/>
        <w:numPr>
          <w:ilvl w:val="0"/>
          <w:numId w:val="24"/>
        </w:numPr>
        <w:spacing w:line="360" w:lineRule="auto"/>
        <w:rPr>
          <w:color w:val="000000"/>
        </w:rPr>
      </w:pPr>
      <w:r>
        <w:rPr>
          <w:color w:val="000000"/>
        </w:rPr>
        <w:t>Lighting is too dark or too bright</w:t>
      </w:r>
    </w:p>
    <w:p w:rsidR="008C3416" w:rsidRPr="008C3416" w:rsidRDefault="008C3416" w:rsidP="008C3416">
      <w:pPr>
        <w:pStyle w:val="NormalWeb"/>
        <w:numPr>
          <w:ilvl w:val="0"/>
          <w:numId w:val="24"/>
        </w:numPr>
        <w:spacing w:line="360" w:lineRule="auto"/>
        <w:rPr>
          <w:color w:val="000000"/>
        </w:rPr>
      </w:pPr>
      <w:r>
        <w:rPr>
          <w:color w:val="000000"/>
        </w:rPr>
        <w:t>A distraction appears in the background</w:t>
      </w:r>
    </w:p>
    <w:p w:rsidR="008C3416" w:rsidRDefault="008C3416" w:rsidP="008C3416">
      <w:pPr>
        <w:pStyle w:val="Heading2"/>
        <w:spacing w:line="360" w:lineRule="auto"/>
        <w:rPr>
          <w:color w:val="000000"/>
        </w:rPr>
      </w:pPr>
      <w:r>
        <w:rPr>
          <w:rStyle w:val="Strong"/>
          <w:b/>
          <w:bCs/>
          <w:color w:val="000000"/>
        </w:rPr>
        <w:t>1.8 Editing Techniques</w:t>
      </w:r>
    </w:p>
    <w:p w:rsidR="008C3416" w:rsidRDefault="008C3416" w:rsidP="008C3416">
      <w:pPr>
        <w:pStyle w:val="Heading3"/>
        <w:spacing w:line="360" w:lineRule="auto"/>
        <w:rPr>
          <w:color w:val="000000"/>
        </w:rPr>
      </w:pPr>
      <w:r>
        <w:rPr>
          <w:rStyle w:val="Strong"/>
          <w:b/>
          <w:bCs/>
          <w:color w:val="000000"/>
        </w:rPr>
        <w:t>Cropping</w:t>
      </w:r>
    </w:p>
    <w:p w:rsidR="008C3416" w:rsidRDefault="008C3416" w:rsidP="008C3416">
      <w:pPr>
        <w:pStyle w:val="NormalWeb"/>
        <w:spacing w:line="360" w:lineRule="auto"/>
        <w:rPr>
          <w:color w:val="000000"/>
        </w:rPr>
      </w:pPr>
      <w:r>
        <w:rPr>
          <w:color w:val="000000"/>
        </w:rPr>
        <w:t>Removes unwanted edges of a video frame.</w:t>
      </w:r>
    </w:p>
    <w:p w:rsidR="008C3416" w:rsidRDefault="008C3416" w:rsidP="008C3416">
      <w:pPr>
        <w:pStyle w:val="Heading3"/>
        <w:spacing w:line="360" w:lineRule="auto"/>
        <w:rPr>
          <w:color w:val="000000"/>
        </w:rPr>
      </w:pPr>
      <w:r>
        <w:rPr>
          <w:rStyle w:val="Strong"/>
          <w:b/>
          <w:bCs/>
          <w:color w:val="000000"/>
        </w:rPr>
        <w:t>Transitions</w:t>
      </w:r>
    </w:p>
    <w:p w:rsidR="008C3416" w:rsidRDefault="008C3416" w:rsidP="008C3416">
      <w:pPr>
        <w:pStyle w:val="NormalWeb"/>
        <w:spacing w:line="360" w:lineRule="auto"/>
        <w:rPr>
          <w:color w:val="000000"/>
        </w:rPr>
      </w:pPr>
      <w:r>
        <w:rPr>
          <w:color w:val="000000"/>
        </w:rPr>
        <w:t>Smoothly connect one clip to the next (fade, slide, dissolve).</w:t>
      </w:r>
    </w:p>
    <w:p w:rsidR="008C3416" w:rsidRDefault="008C3416" w:rsidP="008C3416">
      <w:pPr>
        <w:pStyle w:val="Heading3"/>
        <w:spacing w:line="360" w:lineRule="auto"/>
        <w:rPr>
          <w:color w:val="000000"/>
        </w:rPr>
      </w:pPr>
      <w:r>
        <w:rPr>
          <w:rStyle w:val="Strong"/>
          <w:b/>
          <w:bCs/>
          <w:color w:val="000000"/>
        </w:rPr>
        <w:t>Splicing vs Splitting</w:t>
      </w:r>
    </w:p>
    <w:p w:rsidR="008C3416" w:rsidRDefault="008C3416" w:rsidP="008C3416">
      <w:pPr>
        <w:pStyle w:val="NormalWeb"/>
        <w:numPr>
          <w:ilvl w:val="0"/>
          <w:numId w:val="25"/>
        </w:numPr>
        <w:spacing w:line="360" w:lineRule="auto"/>
        <w:rPr>
          <w:color w:val="000000"/>
        </w:rPr>
      </w:pPr>
      <w:r>
        <w:rPr>
          <w:rStyle w:val="Strong"/>
          <w:color w:val="000000"/>
        </w:rPr>
        <w:t>Splitting:</w:t>
      </w:r>
      <w:r>
        <w:rPr>
          <w:rStyle w:val="apple-converted-space"/>
          <w:rFonts w:eastAsiaTheme="majorEastAsia"/>
          <w:color w:val="000000"/>
        </w:rPr>
        <w:t> </w:t>
      </w:r>
      <w:r>
        <w:rPr>
          <w:color w:val="000000"/>
        </w:rPr>
        <w:t>Cutting a clip into two pieces.</w:t>
      </w:r>
    </w:p>
    <w:p w:rsidR="008C3416" w:rsidRDefault="008C3416" w:rsidP="008C3416">
      <w:pPr>
        <w:pStyle w:val="NormalWeb"/>
        <w:numPr>
          <w:ilvl w:val="0"/>
          <w:numId w:val="25"/>
        </w:numPr>
        <w:spacing w:line="360" w:lineRule="auto"/>
        <w:rPr>
          <w:color w:val="000000"/>
        </w:rPr>
      </w:pPr>
      <w:r>
        <w:rPr>
          <w:rStyle w:val="Strong"/>
          <w:color w:val="000000"/>
        </w:rPr>
        <w:t>Splicing:</w:t>
      </w:r>
      <w:r>
        <w:rPr>
          <w:rStyle w:val="apple-converted-space"/>
          <w:rFonts w:eastAsiaTheme="majorEastAsia"/>
          <w:color w:val="000000"/>
        </w:rPr>
        <w:t> </w:t>
      </w:r>
      <w:r>
        <w:rPr>
          <w:color w:val="000000"/>
        </w:rPr>
        <w:t>Joining clips together so they connect smoothly.</w:t>
      </w:r>
    </w:p>
    <w:p w:rsidR="008C3416" w:rsidRDefault="008C3416" w:rsidP="008C3416">
      <w:pPr>
        <w:pStyle w:val="Heading3"/>
        <w:spacing w:line="360" w:lineRule="auto"/>
        <w:rPr>
          <w:color w:val="000000"/>
        </w:rPr>
      </w:pPr>
      <w:r>
        <w:rPr>
          <w:rStyle w:val="Strong"/>
          <w:b/>
          <w:bCs/>
          <w:color w:val="000000"/>
        </w:rPr>
        <w:lastRenderedPageBreak/>
        <w:t>Final Edit Challenges</w:t>
      </w:r>
    </w:p>
    <w:p w:rsidR="008C3416" w:rsidRPr="008C3416" w:rsidRDefault="008C3416" w:rsidP="008C3416">
      <w:pPr>
        <w:pStyle w:val="NormalWeb"/>
        <w:spacing w:line="360" w:lineRule="auto"/>
        <w:rPr>
          <w:color w:val="000000"/>
        </w:rPr>
      </w:pPr>
      <w:r>
        <w:rPr>
          <w:color w:val="000000"/>
        </w:rPr>
        <w:t>Different people may have different opinions about pacing, sound, transitions, or which parts to include.</w:t>
      </w:r>
    </w:p>
    <w:p w:rsidR="008C3416" w:rsidRDefault="008C3416" w:rsidP="008C3416">
      <w:pPr>
        <w:pStyle w:val="Heading2"/>
        <w:spacing w:line="360" w:lineRule="auto"/>
        <w:rPr>
          <w:color w:val="000000"/>
        </w:rPr>
      </w:pPr>
      <w:r>
        <w:rPr>
          <w:rStyle w:val="Strong"/>
          <w:b/>
          <w:bCs/>
          <w:color w:val="000000"/>
        </w:rPr>
        <w:t>1.9 Safe and Responsible Use of Videos</w:t>
      </w:r>
    </w:p>
    <w:p w:rsidR="008C3416" w:rsidRDefault="008C3416" w:rsidP="008C3416">
      <w:pPr>
        <w:pStyle w:val="NormalWeb"/>
        <w:spacing w:line="360" w:lineRule="auto"/>
        <w:rPr>
          <w:color w:val="000000"/>
        </w:rPr>
      </w:pPr>
      <w:r>
        <w:rPr>
          <w:color w:val="000000"/>
        </w:rPr>
        <w:t>Students must never share personal information unintentionally, such as:</w:t>
      </w:r>
    </w:p>
    <w:p w:rsidR="008C3416" w:rsidRDefault="008C3416" w:rsidP="008C3416">
      <w:pPr>
        <w:pStyle w:val="NormalWeb"/>
        <w:numPr>
          <w:ilvl w:val="0"/>
          <w:numId w:val="26"/>
        </w:numPr>
        <w:spacing w:line="360" w:lineRule="auto"/>
        <w:rPr>
          <w:color w:val="000000"/>
        </w:rPr>
      </w:pPr>
      <w:r>
        <w:rPr>
          <w:color w:val="000000"/>
        </w:rPr>
        <w:t>School name</w:t>
      </w:r>
    </w:p>
    <w:p w:rsidR="008C3416" w:rsidRDefault="008C3416" w:rsidP="008C3416">
      <w:pPr>
        <w:pStyle w:val="NormalWeb"/>
        <w:numPr>
          <w:ilvl w:val="0"/>
          <w:numId w:val="26"/>
        </w:numPr>
        <w:spacing w:line="360" w:lineRule="auto"/>
        <w:rPr>
          <w:color w:val="000000"/>
        </w:rPr>
      </w:pPr>
      <w:r>
        <w:rPr>
          <w:color w:val="000000"/>
        </w:rPr>
        <w:t>Home address</w:t>
      </w:r>
    </w:p>
    <w:p w:rsidR="008C3416" w:rsidRDefault="008C3416" w:rsidP="008C3416">
      <w:pPr>
        <w:pStyle w:val="NormalWeb"/>
        <w:numPr>
          <w:ilvl w:val="0"/>
          <w:numId w:val="26"/>
        </w:numPr>
        <w:spacing w:line="360" w:lineRule="auto"/>
        <w:rPr>
          <w:color w:val="000000"/>
        </w:rPr>
      </w:pPr>
      <w:r>
        <w:rPr>
          <w:color w:val="000000"/>
        </w:rPr>
        <w:t>Uniform names</w:t>
      </w:r>
    </w:p>
    <w:p w:rsidR="008C3416" w:rsidRDefault="008C3416" w:rsidP="008C3416">
      <w:pPr>
        <w:pStyle w:val="NormalWeb"/>
        <w:numPr>
          <w:ilvl w:val="0"/>
          <w:numId w:val="26"/>
        </w:numPr>
        <w:spacing w:line="360" w:lineRule="auto"/>
        <w:rPr>
          <w:color w:val="000000"/>
        </w:rPr>
      </w:pPr>
      <w:r>
        <w:rPr>
          <w:color w:val="000000"/>
        </w:rPr>
        <w:t>Family details</w:t>
      </w:r>
    </w:p>
    <w:p w:rsidR="008C3416" w:rsidRPr="008C3416" w:rsidRDefault="008C3416" w:rsidP="008C3416">
      <w:pPr>
        <w:pStyle w:val="NormalWeb"/>
        <w:spacing w:line="360" w:lineRule="auto"/>
        <w:rPr>
          <w:color w:val="000000"/>
        </w:rPr>
      </w:pPr>
      <w:r>
        <w:rPr>
          <w:color w:val="000000"/>
        </w:rPr>
        <w:t>Always respect privacy and never upload videos that embarrass or harm others.</w:t>
      </w:r>
    </w:p>
    <w:p w:rsidR="008C3416" w:rsidRPr="008C3416" w:rsidRDefault="008C3416" w:rsidP="008C3416">
      <w:pPr>
        <w:pStyle w:val="Heading1"/>
        <w:spacing w:line="360" w:lineRule="auto"/>
        <w:rPr>
          <w:color w:val="000000"/>
        </w:rPr>
      </w:pPr>
      <w:r>
        <w:rPr>
          <w:rStyle w:val="Strong"/>
          <w:b/>
          <w:bCs/>
          <w:color w:val="000000"/>
        </w:rPr>
        <w:t>Section 2: Algorithms and Programming</w:t>
      </w:r>
    </w:p>
    <w:p w:rsidR="008C3416" w:rsidRDefault="008C3416" w:rsidP="008C3416">
      <w:pPr>
        <w:pStyle w:val="Heading2"/>
        <w:spacing w:line="360" w:lineRule="auto"/>
        <w:rPr>
          <w:color w:val="000000"/>
        </w:rPr>
      </w:pPr>
      <w:r>
        <w:rPr>
          <w:rStyle w:val="Strong"/>
          <w:b/>
          <w:bCs/>
          <w:color w:val="000000"/>
        </w:rPr>
        <w:t>2.1 Understanding Algorithms</w:t>
      </w:r>
    </w:p>
    <w:p w:rsidR="008C3416" w:rsidRDefault="008C3416" w:rsidP="008C3416">
      <w:pPr>
        <w:pStyle w:val="NormalWeb"/>
        <w:spacing w:line="360" w:lineRule="auto"/>
        <w:rPr>
          <w:color w:val="000000"/>
        </w:rPr>
      </w:pPr>
      <w:r>
        <w:rPr>
          <w:color w:val="000000"/>
        </w:rPr>
        <w:t>An</w:t>
      </w:r>
      <w:r>
        <w:rPr>
          <w:rStyle w:val="apple-converted-space"/>
          <w:rFonts w:eastAsiaTheme="majorEastAsia"/>
          <w:color w:val="000000"/>
        </w:rPr>
        <w:t> </w:t>
      </w:r>
      <w:r>
        <w:rPr>
          <w:rStyle w:val="Strong"/>
          <w:color w:val="000000"/>
        </w:rPr>
        <w:t>algorithm</w:t>
      </w:r>
      <w:r>
        <w:rPr>
          <w:rStyle w:val="apple-converted-space"/>
          <w:rFonts w:eastAsiaTheme="majorEastAsia"/>
          <w:color w:val="000000"/>
        </w:rPr>
        <w:t> </w:t>
      </w:r>
      <w:r>
        <w:rPr>
          <w:color w:val="000000"/>
        </w:rPr>
        <w:t>is a precise set of instructions used to complete a task.</w:t>
      </w:r>
    </w:p>
    <w:p w:rsidR="008C3416" w:rsidRDefault="008C3416" w:rsidP="008C3416">
      <w:pPr>
        <w:pStyle w:val="Heading3"/>
        <w:spacing w:line="360" w:lineRule="auto"/>
        <w:rPr>
          <w:color w:val="000000"/>
        </w:rPr>
      </w:pPr>
      <w:r>
        <w:rPr>
          <w:rStyle w:val="Strong"/>
          <w:b/>
          <w:bCs/>
          <w:color w:val="000000"/>
        </w:rPr>
        <w:t>Repurposing an Algorithm</w:t>
      </w:r>
    </w:p>
    <w:p w:rsidR="008C3416" w:rsidRPr="008C3416" w:rsidRDefault="008C3416" w:rsidP="008C3416">
      <w:pPr>
        <w:pStyle w:val="NormalWeb"/>
        <w:spacing w:line="360" w:lineRule="auto"/>
        <w:rPr>
          <w:color w:val="000000"/>
        </w:rPr>
      </w:pPr>
      <w:r>
        <w:rPr>
          <w:color w:val="000000"/>
        </w:rPr>
        <w:t>Repurposing means taking an existing algorithm and adjusting it to meet new conditions without rewriting the entire structure.</w:t>
      </w:r>
    </w:p>
    <w:p w:rsidR="008C3416" w:rsidRDefault="008C3416" w:rsidP="008C3416">
      <w:pPr>
        <w:pStyle w:val="Heading2"/>
        <w:spacing w:line="360" w:lineRule="auto"/>
        <w:rPr>
          <w:color w:val="000000"/>
        </w:rPr>
      </w:pPr>
      <w:r>
        <w:rPr>
          <w:rStyle w:val="Strong"/>
          <w:b/>
          <w:bCs/>
          <w:color w:val="000000"/>
        </w:rPr>
        <w:t>2.2 Variables in Algorithms</w:t>
      </w:r>
    </w:p>
    <w:p w:rsidR="008C3416" w:rsidRDefault="008C3416" w:rsidP="008C3416">
      <w:pPr>
        <w:pStyle w:val="NormalWeb"/>
        <w:spacing w:line="360" w:lineRule="auto"/>
        <w:rPr>
          <w:color w:val="000000"/>
        </w:rPr>
      </w:pPr>
      <w:r>
        <w:rPr>
          <w:color w:val="000000"/>
        </w:rPr>
        <w:t>A</w:t>
      </w:r>
      <w:r>
        <w:rPr>
          <w:rStyle w:val="apple-converted-space"/>
          <w:rFonts w:eastAsiaTheme="majorEastAsia"/>
          <w:color w:val="000000"/>
        </w:rPr>
        <w:t> </w:t>
      </w:r>
      <w:r>
        <w:rPr>
          <w:rStyle w:val="Strong"/>
          <w:color w:val="000000"/>
        </w:rPr>
        <w:t>variable</w:t>
      </w:r>
      <w:r>
        <w:rPr>
          <w:rStyle w:val="apple-converted-space"/>
          <w:rFonts w:eastAsiaTheme="majorEastAsia"/>
          <w:color w:val="000000"/>
        </w:rPr>
        <w:t> </w:t>
      </w:r>
      <w:r>
        <w:rPr>
          <w:color w:val="000000"/>
        </w:rPr>
        <w:t>stores information that may change.</w:t>
      </w:r>
    </w:p>
    <w:p w:rsidR="008C3416" w:rsidRDefault="008C3416" w:rsidP="008C3416">
      <w:pPr>
        <w:pStyle w:val="NormalWeb"/>
        <w:spacing w:line="360" w:lineRule="auto"/>
        <w:rPr>
          <w:color w:val="000000"/>
        </w:rPr>
      </w:pPr>
      <w:r>
        <w:rPr>
          <w:color w:val="000000"/>
        </w:rPr>
        <w:t>Examples:</w:t>
      </w:r>
    </w:p>
    <w:p w:rsidR="008C3416" w:rsidRDefault="008C3416" w:rsidP="008C3416">
      <w:pPr>
        <w:pStyle w:val="NormalWeb"/>
        <w:numPr>
          <w:ilvl w:val="0"/>
          <w:numId w:val="27"/>
        </w:numPr>
        <w:spacing w:line="360" w:lineRule="auto"/>
        <w:rPr>
          <w:color w:val="000000"/>
        </w:rPr>
      </w:pPr>
      <w:r>
        <w:rPr>
          <w:color w:val="000000"/>
        </w:rPr>
        <w:t>A cat’s name</w:t>
      </w:r>
    </w:p>
    <w:p w:rsidR="008C3416" w:rsidRDefault="008C3416" w:rsidP="008C3416">
      <w:pPr>
        <w:pStyle w:val="NormalWeb"/>
        <w:numPr>
          <w:ilvl w:val="0"/>
          <w:numId w:val="27"/>
        </w:numPr>
        <w:spacing w:line="360" w:lineRule="auto"/>
        <w:rPr>
          <w:color w:val="000000"/>
        </w:rPr>
      </w:pPr>
      <w:r>
        <w:rPr>
          <w:color w:val="000000"/>
        </w:rPr>
        <w:t>A temperature</w:t>
      </w:r>
    </w:p>
    <w:p w:rsidR="008C3416" w:rsidRDefault="008C3416" w:rsidP="008C3416">
      <w:pPr>
        <w:pStyle w:val="NormalWeb"/>
        <w:numPr>
          <w:ilvl w:val="0"/>
          <w:numId w:val="27"/>
        </w:numPr>
        <w:spacing w:line="360" w:lineRule="auto"/>
        <w:rPr>
          <w:color w:val="000000"/>
        </w:rPr>
      </w:pPr>
      <w:r>
        <w:rPr>
          <w:color w:val="000000"/>
        </w:rPr>
        <w:lastRenderedPageBreak/>
        <w:t>A number of people</w:t>
      </w:r>
    </w:p>
    <w:p w:rsidR="008C3416" w:rsidRDefault="008C3416" w:rsidP="008C3416">
      <w:pPr>
        <w:pStyle w:val="NormalWeb"/>
        <w:numPr>
          <w:ilvl w:val="0"/>
          <w:numId w:val="27"/>
        </w:numPr>
        <w:spacing w:line="360" w:lineRule="auto"/>
        <w:rPr>
          <w:color w:val="000000"/>
        </w:rPr>
      </w:pPr>
      <w:r>
        <w:rPr>
          <w:color w:val="000000"/>
        </w:rPr>
        <w:t>Speed or distance in a calculation</w:t>
      </w:r>
    </w:p>
    <w:p w:rsidR="008C3416" w:rsidRPr="008C3416" w:rsidRDefault="008C3416" w:rsidP="008C3416">
      <w:pPr>
        <w:pStyle w:val="NormalWeb"/>
        <w:spacing w:line="360" w:lineRule="auto"/>
        <w:rPr>
          <w:color w:val="000000"/>
        </w:rPr>
      </w:pPr>
      <w:r>
        <w:rPr>
          <w:color w:val="000000"/>
        </w:rPr>
        <w:t>Variables help algorithms adapt to different inputs.</w:t>
      </w:r>
    </w:p>
    <w:p w:rsidR="008C3416" w:rsidRDefault="008C3416" w:rsidP="008C3416">
      <w:pPr>
        <w:pStyle w:val="Heading2"/>
        <w:spacing w:line="360" w:lineRule="auto"/>
        <w:rPr>
          <w:color w:val="000000"/>
        </w:rPr>
      </w:pPr>
      <w:r>
        <w:rPr>
          <w:rStyle w:val="Strong"/>
          <w:b/>
          <w:bCs/>
          <w:color w:val="000000"/>
        </w:rPr>
        <w:t>2.3 Loops in Algorithms</w:t>
      </w:r>
    </w:p>
    <w:p w:rsidR="008C3416" w:rsidRDefault="008C3416" w:rsidP="008C3416">
      <w:pPr>
        <w:pStyle w:val="NormalWeb"/>
        <w:spacing w:line="360" w:lineRule="auto"/>
        <w:rPr>
          <w:color w:val="000000"/>
        </w:rPr>
      </w:pPr>
      <w:r>
        <w:rPr>
          <w:color w:val="000000"/>
        </w:rPr>
        <w:t>Loops repeat a set of actions to reduce unnecessary repetition.</w:t>
      </w:r>
    </w:p>
    <w:p w:rsidR="008C3416" w:rsidRDefault="008C3416" w:rsidP="008C3416">
      <w:pPr>
        <w:pStyle w:val="Heading3"/>
        <w:spacing w:line="360" w:lineRule="auto"/>
        <w:rPr>
          <w:color w:val="000000"/>
        </w:rPr>
      </w:pPr>
      <w:r>
        <w:rPr>
          <w:rStyle w:val="Strong"/>
          <w:b/>
          <w:bCs/>
          <w:color w:val="000000"/>
        </w:rPr>
        <w:t>Benefits of Loops</w:t>
      </w:r>
    </w:p>
    <w:p w:rsidR="008C3416" w:rsidRDefault="008C3416" w:rsidP="008C3416">
      <w:pPr>
        <w:pStyle w:val="NormalWeb"/>
        <w:numPr>
          <w:ilvl w:val="0"/>
          <w:numId w:val="28"/>
        </w:numPr>
        <w:spacing w:line="360" w:lineRule="auto"/>
        <w:rPr>
          <w:color w:val="000000"/>
        </w:rPr>
      </w:pPr>
      <w:r>
        <w:rPr>
          <w:color w:val="000000"/>
        </w:rPr>
        <w:t>They make algorithms shorter and clearer.</w:t>
      </w:r>
    </w:p>
    <w:p w:rsidR="008C3416" w:rsidRDefault="008C3416" w:rsidP="008C3416">
      <w:pPr>
        <w:pStyle w:val="NormalWeb"/>
        <w:numPr>
          <w:ilvl w:val="0"/>
          <w:numId w:val="28"/>
        </w:numPr>
        <w:spacing w:line="360" w:lineRule="auto"/>
        <w:rPr>
          <w:color w:val="000000"/>
        </w:rPr>
      </w:pPr>
      <w:r>
        <w:rPr>
          <w:color w:val="000000"/>
        </w:rPr>
        <w:t>They reduce mistakes caused by repeating lines manually.</w:t>
      </w:r>
    </w:p>
    <w:p w:rsidR="008C3416" w:rsidRDefault="008C3416" w:rsidP="008C3416">
      <w:pPr>
        <w:pStyle w:val="Heading3"/>
        <w:spacing w:line="360" w:lineRule="auto"/>
        <w:rPr>
          <w:color w:val="000000"/>
        </w:rPr>
      </w:pPr>
      <w:r>
        <w:rPr>
          <w:rStyle w:val="Strong"/>
          <w:b/>
          <w:bCs/>
          <w:color w:val="000000"/>
        </w:rPr>
        <w:t>REPEAT Command</w:t>
      </w:r>
    </w:p>
    <w:p w:rsidR="008C3416" w:rsidRDefault="008C3416" w:rsidP="008C3416">
      <w:pPr>
        <w:pStyle w:val="NormalWeb"/>
        <w:spacing w:line="360" w:lineRule="auto"/>
        <w:rPr>
          <w:color w:val="000000"/>
        </w:rPr>
      </w:pPr>
      <w:r>
        <w:rPr>
          <w:color w:val="000000"/>
        </w:rPr>
        <w:t>Repeats a fixed number of times.</w:t>
      </w:r>
    </w:p>
    <w:p w:rsidR="008C3416" w:rsidRDefault="008C3416" w:rsidP="008C3416">
      <w:pPr>
        <w:pStyle w:val="Heading3"/>
        <w:spacing w:line="360" w:lineRule="auto"/>
        <w:rPr>
          <w:color w:val="000000"/>
        </w:rPr>
      </w:pPr>
      <w:r>
        <w:rPr>
          <w:rStyle w:val="Strong"/>
          <w:b/>
          <w:bCs/>
          <w:color w:val="000000"/>
        </w:rPr>
        <w:t>REPEAT UNTIL Command</w:t>
      </w:r>
    </w:p>
    <w:p w:rsidR="008C3416" w:rsidRPr="008C3416" w:rsidRDefault="008C3416" w:rsidP="008C3416">
      <w:pPr>
        <w:pStyle w:val="NormalWeb"/>
        <w:spacing w:line="360" w:lineRule="auto"/>
        <w:rPr>
          <w:color w:val="000000"/>
        </w:rPr>
      </w:pPr>
      <w:r>
        <w:rPr>
          <w:color w:val="000000"/>
        </w:rPr>
        <w:t>Repeats actions until a certain condition becomes true.</w:t>
      </w:r>
    </w:p>
    <w:p w:rsidR="008C3416" w:rsidRDefault="008C3416" w:rsidP="008C3416">
      <w:pPr>
        <w:pStyle w:val="Heading2"/>
        <w:spacing w:line="360" w:lineRule="auto"/>
        <w:rPr>
          <w:color w:val="000000"/>
        </w:rPr>
      </w:pPr>
      <w:r>
        <w:rPr>
          <w:rStyle w:val="Strong"/>
          <w:b/>
          <w:bCs/>
          <w:color w:val="000000"/>
        </w:rPr>
        <w:t>2.4 Scratch Programming Blocks</w:t>
      </w:r>
    </w:p>
    <w:p w:rsidR="008C3416" w:rsidRDefault="008C3416" w:rsidP="008C3416">
      <w:pPr>
        <w:pStyle w:val="Heading3"/>
        <w:spacing w:line="360" w:lineRule="auto"/>
        <w:rPr>
          <w:color w:val="000000"/>
        </w:rPr>
      </w:pPr>
      <w:r>
        <w:rPr>
          <w:rStyle w:val="Strong"/>
          <w:b/>
          <w:bCs/>
          <w:color w:val="000000"/>
        </w:rPr>
        <w:t>Common Block Categories</w:t>
      </w:r>
    </w:p>
    <w:p w:rsidR="008C3416" w:rsidRDefault="008C3416" w:rsidP="008C3416">
      <w:pPr>
        <w:pStyle w:val="NormalWeb"/>
        <w:numPr>
          <w:ilvl w:val="0"/>
          <w:numId w:val="29"/>
        </w:numPr>
        <w:spacing w:line="360" w:lineRule="auto"/>
        <w:rPr>
          <w:color w:val="000000"/>
        </w:rPr>
      </w:pPr>
      <w:r>
        <w:rPr>
          <w:rStyle w:val="Strong"/>
          <w:color w:val="000000"/>
        </w:rPr>
        <w:t>Motion:</w:t>
      </w:r>
      <w:r>
        <w:rPr>
          <w:rStyle w:val="apple-converted-space"/>
          <w:rFonts w:eastAsiaTheme="majorEastAsia"/>
          <w:color w:val="000000"/>
        </w:rPr>
        <w:t> </w:t>
      </w:r>
      <w:r>
        <w:rPr>
          <w:color w:val="000000"/>
        </w:rPr>
        <w:t>glide, move steps</w:t>
      </w:r>
    </w:p>
    <w:p w:rsidR="008C3416" w:rsidRDefault="008C3416" w:rsidP="008C3416">
      <w:pPr>
        <w:pStyle w:val="NormalWeb"/>
        <w:numPr>
          <w:ilvl w:val="0"/>
          <w:numId w:val="29"/>
        </w:numPr>
        <w:spacing w:line="360" w:lineRule="auto"/>
        <w:rPr>
          <w:color w:val="000000"/>
        </w:rPr>
      </w:pPr>
      <w:r>
        <w:rPr>
          <w:rStyle w:val="Strong"/>
          <w:color w:val="000000"/>
        </w:rPr>
        <w:t>Control:</w:t>
      </w:r>
      <w:r>
        <w:rPr>
          <w:rStyle w:val="apple-converted-space"/>
          <w:rFonts w:eastAsiaTheme="majorEastAsia"/>
          <w:color w:val="000000"/>
        </w:rPr>
        <w:t> </w:t>
      </w:r>
      <w:r>
        <w:rPr>
          <w:color w:val="000000"/>
        </w:rPr>
        <w:t>repeat, wait, if…then</w:t>
      </w:r>
    </w:p>
    <w:p w:rsidR="008C3416" w:rsidRDefault="008C3416" w:rsidP="008C3416">
      <w:pPr>
        <w:pStyle w:val="NormalWeb"/>
        <w:numPr>
          <w:ilvl w:val="0"/>
          <w:numId w:val="29"/>
        </w:numPr>
        <w:spacing w:line="360" w:lineRule="auto"/>
        <w:rPr>
          <w:color w:val="000000"/>
        </w:rPr>
      </w:pPr>
      <w:r>
        <w:rPr>
          <w:rStyle w:val="Strong"/>
          <w:color w:val="000000"/>
        </w:rPr>
        <w:t>Operators:</w:t>
      </w:r>
      <w:r>
        <w:rPr>
          <w:rStyle w:val="apple-converted-space"/>
          <w:rFonts w:eastAsiaTheme="majorEastAsia"/>
          <w:color w:val="000000"/>
        </w:rPr>
        <w:t> </w:t>
      </w:r>
      <w:r>
        <w:rPr>
          <w:color w:val="000000"/>
        </w:rPr>
        <w:t>divide</w:t>
      </w:r>
    </w:p>
    <w:p w:rsidR="008C3416" w:rsidRDefault="008C3416" w:rsidP="008C3416">
      <w:pPr>
        <w:pStyle w:val="NormalWeb"/>
        <w:numPr>
          <w:ilvl w:val="0"/>
          <w:numId w:val="29"/>
        </w:numPr>
        <w:spacing w:line="360" w:lineRule="auto"/>
        <w:rPr>
          <w:color w:val="000000"/>
        </w:rPr>
      </w:pPr>
      <w:r>
        <w:rPr>
          <w:rStyle w:val="Strong"/>
          <w:color w:val="000000"/>
        </w:rPr>
        <w:t>Variables:</w:t>
      </w:r>
      <w:r>
        <w:rPr>
          <w:rStyle w:val="apple-converted-space"/>
          <w:rFonts w:eastAsiaTheme="majorEastAsia"/>
          <w:color w:val="000000"/>
        </w:rPr>
        <w:t> </w:t>
      </w:r>
      <w:r>
        <w:rPr>
          <w:color w:val="000000"/>
        </w:rPr>
        <w:t>set variable, change variable</w:t>
      </w:r>
    </w:p>
    <w:p w:rsidR="008C3416" w:rsidRPr="008C3416" w:rsidRDefault="008C3416" w:rsidP="008C3416">
      <w:pPr>
        <w:pStyle w:val="NormalWeb"/>
        <w:numPr>
          <w:ilvl w:val="0"/>
          <w:numId w:val="29"/>
        </w:numPr>
        <w:spacing w:line="360" w:lineRule="auto"/>
        <w:rPr>
          <w:color w:val="000000"/>
        </w:rPr>
      </w:pPr>
      <w:r>
        <w:rPr>
          <w:rStyle w:val="Strong"/>
          <w:color w:val="000000"/>
        </w:rPr>
        <w:t>Looks:</w:t>
      </w:r>
      <w:r>
        <w:rPr>
          <w:rStyle w:val="apple-converted-space"/>
          <w:rFonts w:eastAsiaTheme="majorEastAsia"/>
          <w:color w:val="000000"/>
        </w:rPr>
        <w:t> </w:t>
      </w:r>
      <w:r>
        <w:rPr>
          <w:color w:val="000000"/>
        </w:rPr>
        <w:t>show message from sprite</w:t>
      </w:r>
    </w:p>
    <w:p w:rsidR="008C3416" w:rsidRDefault="008C3416" w:rsidP="008C3416">
      <w:pPr>
        <w:pStyle w:val="Heading2"/>
        <w:spacing w:line="360" w:lineRule="auto"/>
        <w:rPr>
          <w:color w:val="000000"/>
        </w:rPr>
      </w:pPr>
      <w:r>
        <w:rPr>
          <w:rStyle w:val="Strong"/>
          <w:b/>
          <w:bCs/>
          <w:color w:val="000000"/>
        </w:rPr>
        <w:t>2.5 Drawing Shapes in Scratch</w:t>
      </w:r>
    </w:p>
    <w:p w:rsidR="008C3416" w:rsidRDefault="008C3416" w:rsidP="008C3416">
      <w:pPr>
        <w:pStyle w:val="NormalWeb"/>
        <w:spacing w:line="360" w:lineRule="auto"/>
        <w:rPr>
          <w:color w:val="000000"/>
        </w:rPr>
      </w:pPr>
      <w:r>
        <w:rPr>
          <w:color w:val="000000"/>
        </w:rPr>
        <w:t>When using the pen extension, shapes require repeated turns that add up to 360 degrees.</w:t>
      </w:r>
    </w:p>
    <w:p w:rsidR="008C3416" w:rsidRDefault="008C3416" w:rsidP="008C3416">
      <w:pPr>
        <w:pStyle w:val="NormalWeb"/>
        <w:spacing w:line="360" w:lineRule="auto"/>
        <w:rPr>
          <w:color w:val="000000"/>
        </w:rPr>
      </w:pPr>
      <w:r>
        <w:rPr>
          <w:color w:val="000000"/>
        </w:rPr>
        <w:lastRenderedPageBreak/>
        <w:t>Example:</w:t>
      </w:r>
    </w:p>
    <w:p w:rsidR="008C3416" w:rsidRDefault="008C3416" w:rsidP="008C3416">
      <w:pPr>
        <w:pStyle w:val="NormalWeb"/>
        <w:numPr>
          <w:ilvl w:val="0"/>
          <w:numId w:val="30"/>
        </w:numPr>
        <w:spacing w:line="360" w:lineRule="auto"/>
        <w:rPr>
          <w:color w:val="000000"/>
        </w:rPr>
      </w:pPr>
      <w:r>
        <w:rPr>
          <w:color w:val="000000"/>
        </w:rPr>
        <w:t>A hexagon has six sides.</w:t>
      </w:r>
    </w:p>
    <w:p w:rsidR="008C3416" w:rsidRDefault="008C3416" w:rsidP="008C3416">
      <w:pPr>
        <w:pStyle w:val="NormalWeb"/>
        <w:numPr>
          <w:ilvl w:val="0"/>
          <w:numId w:val="30"/>
        </w:numPr>
        <w:spacing w:line="360" w:lineRule="auto"/>
        <w:rPr>
          <w:color w:val="000000"/>
        </w:rPr>
      </w:pPr>
      <w:r>
        <w:rPr>
          <w:color w:val="000000"/>
        </w:rPr>
        <w:t>360 ÷ 6 = 60 degrees.</w:t>
      </w:r>
    </w:p>
    <w:p w:rsidR="008C3416" w:rsidRPr="008C3416" w:rsidRDefault="008C3416" w:rsidP="008C3416">
      <w:pPr>
        <w:pStyle w:val="NormalWeb"/>
        <w:numPr>
          <w:ilvl w:val="0"/>
          <w:numId w:val="30"/>
        </w:numPr>
        <w:spacing w:line="360" w:lineRule="auto"/>
        <w:rPr>
          <w:rStyle w:val="Strong"/>
          <w:b w:val="0"/>
          <w:bCs w:val="0"/>
          <w:color w:val="000000"/>
        </w:rPr>
      </w:pPr>
      <w:r>
        <w:rPr>
          <w:color w:val="000000"/>
        </w:rPr>
        <w:t>Therefore, each turn is 60 degrees.</w:t>
      </w:r>
    </w:p>
    <w:p w:rsidR="008C3416" w:rsidRDefault="008C3416" w:rsidP="008C3416">
      <w:pPr>
        <w:pStyle w:val="Heading2"/>
        <w:spacing w:line="360" w:lineRule="auto"/>
        <w:rPr>
          <w:color w:val="000000"/>
        </w:rPr>
      </w:pPr>
      <w:r>
        <w:rPr>
          <w:rStyle w:val="Strong"/>
          <w:b/>
          <w:bCs/>
          <w:color w:val="000000"/>
        </w:rPr>
        <w:t>2.6 Programming a Timer</w:t>
      </w:r>
    </w:p>
    <w:p w:rsidR="008C3416" w:rsidRDefault="008C3416" w:rsidP="008C3416">
      <w:pPr>
        <w:pStyle w:val="NormalWeb"/>
        <w:spacing w:line="360" w:lineRule="auto"/>
        <w:rPr>
          <w:color w:val="000000"/>
        </w:rPr>
      </w:pPr>
      <w:r>
        <w:rPr>
          <w:color w:val="000000"/>
        </w:rPr>
        <w:t>A countdown timer uses:</w:t>
      </w:r>
    </w:p>
    <w:p w:rsidR="008C3416" w:rsidRDefault="008C3416" w:rsidP="008C3416">
      <w:pPr>
        <w:pStyle w:val="NormalWeb"/>
        <w:numPr>
          <w:ilvl w:val="0"/>
          <w:numId w:val="31"/>
        </w:numPr>
        <w:spacing w:line="360" w:lineRule="auto"/>
        <w:rPr>
          <w:color w:val="000000"/>
        </w:rPr>
      </w:pPr>
      <w:r>
        <w:rPr>
          <w:color w:val="000000"/>
        </w:rPr>
        <w:t>A loop</w:t>
      </w:r>
    </w:p>
    <w:p w:rsidR="008C3416" w:rsidRDefault="008C3416" w:rsidP="008C3416">
      <w:pPr>
        <w:pStyle w:val="NormalWeb"/>
        <w:numPr>
          <w:ilvl w:val="0"/>
          <w:numId w:val="31"/>
        </w:numPr>
        <w:spacing w:line="360" w:lineRule="auto"/>
        <w:rPr>
          <w:color w:val="000000"/>
        </w:rPr>
      </w:pPr>
      <w:r>
        <w:rPr>
          <w:color w:val="000000"/>
        </w:rPr>
        <w:t>A wait block</w:t>
      </w:r>
    </w:p>
    <w:p w:rsidR="008C3416" w:rsidRDefault="008C3416" w:rsidP="008C3416">
      <w:pPr>
        <w:pStyle w:val="NormalWeb"/>
        <w:numPr>
          <w:ilvl w:val="0"/>
          <w:numId w:val="31"/>
        </w:numPr>
        <w:spacing w:line="360" w:lineRule="auto"/>
        <w:rPr>
          <w:color w:val="000000"/>
        </w:rPr>
      </w:pPr>
      <w:r>
        <w:rPr>
          <w:color w:val="000000"/>
        </w:rPr>
        <w:t>A variable that changes value each second</w:t>
      </w:r>
    </w:p>
    <w:p w:rsidR="008C3416" w:rsidRDefault="008C3416" w:rsidP="008C3416">
      <w:pPr>
        <w:pStyle w:val="NormalWeb"/>
        <w:spacing w:line="360" w:lineRule="auto"/>
        <w:rPr>
          <w:color w:val="000000"/>
        </w:rPr>
      </w:pPr>
      <w:r>
        <w:rPr>
          <w:rStyle w:val="Strong"/>
          <w:color w:val="000000"/>
        </w:rPr>
        <w:t>Decomposing</w:t>
      </w:r>
      <w:r>
        <w:rPr>
          <w:rStyle w:val="apple-converted-space"/>
          <w:rFonts w:eastAsiaTheme="majorEastAsia"/>
          <w:color w:val="000000"/>
        </w:rPr>
        <w:t> </w:t>
      </w:r>
      <w:r>
        <w:rPr>
          <w:color w:val="000000"/>
        </w:rPr>
        <w:t>a problem means breaking it into smaller, manageable parts.</w:t>
      </w:r>
    </w:p>
    <w:p w:rsidR="008C3416" w:rsidRDefault="008C3416" w:rsidP="008C3416">
      <w:pPr>
        <w:pStyle w:val="NormalWeb"/>
        <w:spacing w:line="360" w:lineRule="auto"/>
        <w:rPr>
          <w:color w:val="000000"/>
        </w:rPr>
      </w:pPr>
      <w:r>
        <w:rPr>
          <w:color w:val="000000"/>
        </w:rPr>
        <w:t>To make a timer count up instead of down, adjust:</w:t>
      </w:r>
    </w:p>
    <w:p w:rsidR="008C3416" w:rsidRDefault="008C3416" w:rsidP="008C3416">
      <w:pPr>
        <w:pStyle w:val="NormalWeb"/>
        <w:numPr>
          <w:ilvl w:val="0"/>
          <w:numId w:val="32"/>
        </w:numPr>
        <w:spacing w:line="360" w:lineRule="auto"/>
        <w:rPr>
          <w:color w:val="000000"/>
        </w:rPr>
      </w:pPr>
      <w:r>
        <w:rPr>
          <w:color w:val="000000"/>
        </w:rPr>
        <w:t>Starting value</w:t>
      </w:r>
    </w:p>
    <w:p w:rsidR="008C3416" w:rsidRDefault="008C3416" w:rsidP="008C3416">
      <w:pPr>
        <w:pStyle w:val="NormalWeb"/>
        <w:numPr>
          <w:ilvl w:val="0"/>
          <w:numId w:val="32"/>
        </w:numPr>
        <w:spacing w:line="360" w:lineRule="auto"/>
        <w:rPr>
          <w:color w:val="000000"/>
        </w:rPr>
      </w:pPr>
      <w:r>
        <w:rPr>
          <w:color w:val="000000"/>
        </w:rPr>
        <w:t>Direction of change</w:t>
      </w:r>
    </w:p>
    <w:p w:rsidR="008C3416" w:rsidRPr="008C3416" w:rsidRDefault="008C3416" w:rsidP="008C3416">
      <w:pPr>
        <w:pStyle w:val="NormalWeb"/>
        <w:numPr>
          <w:ilvl w:val="0"/>
          <w:numId w:val="32"/>
        </w:numPr>
        <w:spacing w:line="360" w:lineRule="auto"/>
        <w:rPr>
          <w:color w:val="000000"/>
        </w:rPr>
      </w:pPr>
      <w:r>
        <w:rPr>
          <w:color w:val="000000"/>
        </w:rPr>
        <w:t>Ending condition</w:t>
      </w:r>
    </w:p>
    <w:p w:rsidR="008C3416" w:rsidRDefault="008C3416" w:rsidP="008C3416">
      <w:pPr>
        <w:pStyle w:val="Heading2"/>
        <w:spacing w:line="360" w:lineRule="auto"/>
        <w:rPr>
          <w:color w:val="000000"/>
        </w:rPr>
      </w:pPr>
      <w:r>
        <w:rPr>
          <w:rStyle w:val="Strong"/>
          <w:b/>
          <w:bCs/>
          <w:color w:val="000000"/>
        </w:rPr>
        <w:t>2.7 Repurposing Scratch Algorithms</w:t>
      </w:r>
    </w:p>
    <w:p w:rsidR="008C3416" w:rsidRDefault="008C3416" w:rsidP="008C3416">
      <w:pPr>
        <w:pStyle w:val="NormalWeb"/>
        <w:spacing w:line="360" w:lineRule="auto"/>
        <w:rPr>
          <w:color w:val="000000"/>
        </w:rPr>
      </w:pPr>
      <w:r>
        <w:rPr>
          <w:color w:val="000000"/>
        </w:rPr>
        <w:t>Students may modify existing Scratch codes to suit different scenarios by:</w:t>
      </w:r>
    </w:p>
    <w:p w:rsidR="008C3416" w:rsidRDefault="008C3416" w:rsidP="008C3416">
      <w:pPr>
        <w:pStyle w:val="NormalWeb"/>
        <w:numPr>
          <w:ilvl w:val="0"/>
          <w:numId w:val="33"/>
        </w:numPr>
        <w:spacing w:line="360" w:lineRule="auto"/>
        <w:rPr>
          <w:color w:val="000000"/>
        </w:rPr>
      </w:pPr>
      <w:r>
        <w:rPr>
          <w:color w:val="000000"/>
        </w:rPr>
        <w:t>Renaming variables</w:t>
      </w:r>
    </w:p>
    <w:p w:rsidR="008C3416" w:rsidRDefault="008C3416" w:rsidP="008C3416">
      <w:pPr>
        <w:pStyle w:val="NormalWeb"/>
        <w:numPr>
          <w:ilvl w:val="0"/>
          <w:numId w:val="33"/>
        </w:numPr>
        <w:spacing w:line="360" w:lineRule="auto"/>
        <w:rPr>
          <w:color w:val="000000"/>
        </w:rPr>
      </w:pPr>
      <w:r>
        <w:rPr>
          <w:color w:val="000000"/>
        </w:rPr>
        <w:t>Changing values</w:t>
      </w:r>
    </w:p>
    <w:p w:rsidR="008C3416" w:rsidRDefault="008C3416" w:rsidP="008C3416">
      <w:pPr>
        <w:pStyle w:val="NormalWeb"/>
        <w:numPr>
          <w:ilvl w:val="0"/>
          <w:numId w:val="33"/>
        </w:numPr>
        <w:spacing w:line="360" w:lineRule="auto"/>
        <w:rPr>
          <w:color w:val="000000"/>
        </w:rPr>
      </w:pPr>
      <w:r>
        <w:rPr>
          <w:color w:val="000000"/>
        </w:rPr>
        <w:t>Removing unnecessary blocks</w:t>
      </w:r>
    </w:p>
    <w:p w:rsidR="008C3416" w:rsidRDefault="008C3416" w:rsidP="008C3416">
      <w:pPr>
        <w:pStyle w:val="NormalWeb"/>
        <w:numPr>
          <w:ilvl w:val="0"/>
          <w:numId w:val="33"/>
        </w:numPr>
        <w:spacing w:line="360" w:lineRule="auto"/>
        <w:rPr>
          <w:color w:val="000000"/>
        </w:rPr>
      </w:pPr>
      <w:r>
        <w:rPr>
          <w:color w:val="000000"/>
        </w:rPr>
        <w:t>Adjusting final calculations</w:t>
      </w:r>
    </w:p>
    <w:p w:rsidR="008C3416" w:rsidRDefault="008C3416" w:rsidP="008C3416">
      <w:pPr>
        <w:pStyle w:val="NormalWeb"/>
        <w:spacing w:line="360" w:lineRule="auto"/>
        <w:rPr>
          <w:color w:val="000000"/>
        </w:rPr>
      </w:pPr>
      <w:r>
        <w:rPr>
          <w:color w:val="000000"/>
        </w:rPr>
        <w:t>For example, changing a fundraising algorithm into a swimming pool attendance tracker requires:</w:t>
      </w:r>
    </w:p>
    <w:p w:rsidR="008C3416" w:rsidRDefault="008C3416" w:rsidP="008C3416">
      <w:pPr>
        <w:pStyle w:val="NormalWeb"/>
        <w:numPr>
          <w:ilvl w:val="0"/>
          <w:numId w:val="34"/>
        </w:numPr>
        <w:spacing w:line="360" w:lineRule="auto"/>
        <w:rPr>
          <w:color w:val="000000"/>
        </w:rPr>
      </w:pPr>
      <w:r>
        <w:rPr>
          <w:color w:val="000000"/>
        </w:rPr>
        <w:t>New variable names</w:t>
      </w:r>
    </w:p>
    <w:p w:rsidR="008C3416" w:rsidRDefault="008C3416" w:rsidP="008C3416">
      <w:pPr>
        <w:pStyle w:val="NormalWeb"/>
        <w:numPr>
          <w:ilvl w:val="0"/>
          <w:numId w:val="34"/>
        </w:numPr>
        <w:spacing w:line="360" w:lineRule="auto"/>
        <w:rPr>
          <w:color w:val="000000"/>
        </w:rPr>
      </w:pPr>
      <w:r>
        <w:rPr>
          <w:color w:val="000000"/>
        </w:rPr>
        <w:lastRenderedPageBreak/>
        <w:t>New formulas</w:t>
      </w:r>
    </w:p>
    <w:p w:rsidR="008C3416" w:rsidRDefault="008C3416" w:rsidP="008C3416">
      <w:pPr>
        <w:pStyle w:val="NormalWeb"/>
        <w:numPr>
          <w:ilvl w:val="0"/>
          <w:numId w:val="34"/>
        </w:numPr>
        <w:spacing w:line="360" w:lineRule="auto"/>
        <w:rPr>
          <w:color w:val="000000"/>
        </w:rPr>
      </w:pPr>
      <w:r>
        <w:rPr>
          <w:color w:val="000000"/>
        </w:rPr>
        <w:t>Removal of fundraising-specific blocks</w:t>
      </w:r>
    </w:p>
    <w:p w:rsidR="008C3416" w:rsidRDefault="008C3416" w:rsidP="008C3416">
      <w:pPr>
        <w:spacing w:line="360" w:lineRule="auto"/>
      </w:pPr>
    </w:p>
    <w:sectPr w:rsidR="008C3416"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0F032EB"/>
    <w:multiLevelType w:val="multilevel"/>
    <w:tmpl w:val="1F8E1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58A2AA3"/>
    <w:multiLevelType w:val="multilevel"/>
    <w:tmpl w:val="B8C4D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4A01B4"/>
    <w:multiLevelType w:val="multilevel"/>
    <w:tmpl w:val="186A0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4472DC0"/>
    <w:multiLevelType w:val="multilevel"/>
    <w:tmpl w:val="D5666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59D5ED9"/>
    <w:multiLevelType w:val="multilevel"/>
    <w:tmpl w:val="FB188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7EA1AD1"/>
    <w:multiLevelType w:val="multilevel"/>
    <w:tmpl w:val="F4727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B622F05"/>
    <w:multiLevelType w:val="multilevel"/>
    <w:tmpl w:val="FC02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454705E"/>
    <w:multiLevelType w:val="multilevel"/>
    <w:tmpl w:val="515EF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C0B603B"/>
    <w:multiLevelType w:val="multilevel"/>
    <w:tmpl w:val="230CD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B53CC2"/>
    <w:multiLevelType w:val="multilevel"/>
    <w:tmpl w:val="6310C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455FB5"/>
    <w:multiLevelType w:val="multilevel"/>
    <w:tmpl w:val="DB3AD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CE011FA"/>
    <w:multiLevelType w:val="multilevel"/>
    <w:tmpl w:val="96D03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5A20CDD"/>
    <w:multiLevelType w:val="multilevel"/>
    <w:tmpl w:val="78E69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7844EF4"/>
    <w:multiLevelType w:val="multilevel"/>
    <w:tmpl w:val="573AA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6D459E3"/>
    <w:multiLevelType w:val="multilevel"/>
    <w:tmpl w:val="32D2F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D66F59"/>
    <w:multiLevelType w:val="multilevel"/>
    <w:tmpl w:val="D25CA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6D94EB7"/>
    <w:multiLevelType w:val="multilevel"/>
    <w:tmpl w:val="2D0C6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86F417F"/>
    <w:multiLevelType w:val="multilevel"/>
    <w:tmpl w:val="BAD06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E5B5BC5"/>
    <w:multiLevelType w:val="multilevel"/>
    <w:tmpl w:val="B5E49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3B2356E"/>
    <w:multiLevelType w:val="multilevel"/>
    <w:tmpl w:val="E60E6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3E1536F"/>
    <w:multiLevelType w:val="multilevel"/>
    <w:tmpl w:val="1A9C2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4441803"/>
    <w:multiLevelType w:val="multilevel"/>
    <w:tmpl w:val="E3EC5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45069FA"/>
    <w:multiLevelType w:val="multilevel"/>
    <w:tmpl w:val="E76CD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48A1C65"/>
    <w:multiLevelType w:val="multilevel"/>
    <w:tmpl w:val="ED34A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AB4452"/>
    <w:multiLevelType w:val="multilevel"/>
    <w:tmpl w:val="A2507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568585">
    <w:abstractNumId w:val="8"/>
  </w:num>
  <w:num w:numId="2" w16cid:durableId="1126662129">
    <w:abstractNumId w:val="6"/>
  </w:num>
  <w:num w:numId="3" w16cid:durableId="1142045143">
    <w:abstractNumId w:val="5"/>
  </w:num>
  <w:num w:numId="4" w16cid:durableId="1855070991">
    <w:abstractNumId w:val="4"/>
  </w:num>
  <w:num w:numId="5" w16cid:durableId="876619585">
    <w:abstractNumId w:val="7"/>
  </w:num>
  <w:num w:numId="6" w16cid:durableId="1887638806">
    <w:abstractNumId w:val="3"/>
  </w:num>
  <w:num w:numId="7" w16cid:durableId="329524644">
    <w:abstractNumId w:val="2"/>
  </w:num>
  <w:num w:numId="8" w16cid:durableId="1935935114">
    <w:abstractNumId w:val="1"/>
  </w:num>
  <w:num w:numId="9" w16cid:durableId="717054116">
    <w:abstractNumId w:val="0"/>
  </w:num>
  <w:num w:numId="10" w16cid:durableId="1951467718">
    <w:abstractNumId w:val="17"/>
  </w:num>
  <w:num w:numId="11" w16cid:durableId="1215897798">
    <w:abstractNumId w:val="24"/>
  </w:num>
  <w:num w:numId="12" w16cid:durableId="1939094928">
    <w:abstractNumId w:val="9"/>
  </w:num>
  <w:num w:numId="13" w16cid:durableId="119963213">
    <w:abstractNumId w:val="30"/>
  </w:num>
  <w:num w:numId="14" w16cid:durableId="379938635">
    <w:abstractNumId w:val="13"/>
  </w:num>
  <w:num w:numId="15" w16cid:durableId="114252498">
    <w:abstractNumId w:val="33"/>
  </w:num>
  <w:num w:numId="16" w16cid:durableId="1835948166">
    <w:abstractNumId w:val="23"/>
  </w:num>
  <w:num w:numId="17" w16cid:durableId="1326319024">
    <w:abstractNumId w:val="31"/>
  </w:num>
  <w:num w:numId="18" w16cid:durableId="1528060713">
    <w:abstractNumId w:val="19"/>
  </w:num>
  <w:num w:numId="19" w16cid:durableId="46033203">
    <w:abstractNumId w:val="29"/>
  </w:num>
  <w:num w:numId="20" w16cid:durableId="147791156">
    <w:abstractNumId w:val="20"/>
  </w:num>
  <w:num w:numId="21" w16cid:durableId="456068460">
    <w:abstractNumId w:val="32"/>
  </w:num>
  <w:num w:numId="22" w16cid:durableId="551769638">
    <w:abstractNumId w:val="18"/>
  </w:num>
  <w:num w:numId="23" w16cid:durableId="1229149708">
    <w:abstractNumId w:val="25"/>
  </w:num>
  <w:num w:numId="24" w16cid:durableId="1607417976">
    <w:abstractNumId w:val="15"/>
  </w:num>
  <w:num w:numId="25" w16cid:durableId="1964144338">
    <w:abstractNumId w:val="21"/>
  </w:num>
  <w:num w:numId="26" w16cid:durableId="976883788">
    <w:abstractNumId w:val="14"/>
  </w:num>
  <w:num w:numId="27" w16cid:durableId="1647276782">
    <w:abstractNumId w:val="11"/>
  </w:num>
  <w:num w:numId="28" w16cid:durableId="1715695854">
    <w:abstractNumId w:val="10"/>
  </w:num>
  <w:num w:numId="29" w16cid:durableId="897936639">
    <w:abstractNumId w:val="26"/>
  </w:num>
  <w:num w:numId="30" w16cid:durableId="886797110">
    <w:abstractNumId w:val="16"/>
  </w:num>
  <w:num w:numId="31" w16cid:durableId="618797245">
    <w:abstractNumId w:val="22"/>
  </w:num>
  <w:num w:numId="32" w16cid:durableId="974338929">
    <w:abstractNumId w:val="28"/>
  </w:num>
  <w:num w:numId="33" w16cid:durableId="667908497">
    <w:abstractNumId w:val="27"/>
  </w:num>
  <w:num w:numId="34" w16cid:durableId="20117845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C3C15"/>
    <w:rsid w:val="001E3105"/>
    <w:rsid w:val="0029639D"/>
    <w:rsid w:val="00326F90"/>
    <w:rsid w:val="003A4103"/>
    <w:rsid w:val="00531C8D"/>
    <w:rsid w:val="00692C1A"/>
    <w:rsid w:val="006C5538"/>
    <w:rsid w:val="008C3416"/>
    <w:rsid w:val="0091140C"/>
    <w:rsid w:val="00920CB4"/>
    <w:rsid w:val="00AA1D8D"/>
    <w:rsid w:val="00B47730"/>
    <w:rsid w:val="00CB0664"/>
    <w:rsid w:val="00EB486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my-MM"/>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2BC9F3"/>
  <w14:defaultImageDpi w14:val="300"/>
  <w15:docId w15:val="{C6DC811C-8265-2647-ACF8-99B11FF38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unhideWhenUsed/>
    <w:rsid w:val="008C3416"/>
    <w:pPr>
      <w:spacing w:before="100" w:beforeAutospacing="1" w:after="100" w:afterAutospacing="1" w:line="240" w:lineRule="auto"/>
    </w:pPr>
    <w:rPr>
      <w:rFonts w:ascii="Times New Roman" w:eastAsia="Times New Roman" w:hAnsi="Times New Roman" w:cs="Times New Roman"/>
      <w:sz w:val="24"/>
      <w:szCs w:val="24"/>
      <w:lang w:val="en-MM" w:bidi="my-MM"/>
    </w:rPr>
  </w:style>
  <w:style w:type="character" w:customStyle="1" w:styleId="apple-converted-space">
    <w:name w:val="apple-converted-space"/>
    <w:basedOn w:val="DefaultParagraphFont"/>
    <w:rsid w:val="008C34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957876">
      <w:bodyDiv w:val="1"/>
      <w:marLeft w:val="0"/>
      <w:marRight w:val="0"/>
      <w:marTop w:val="0"/>
      <w:marBottom w:val="0"/>
      <w:divBdr>
        <w:top w:val="none" w:sz="0" w:space="0" w:color="auto"/>
        <w:left w:val="none" w:sz="0" w:space="0" w:color="auto"/>
        <w:bottom w:val="none" w:sz="0" w:space="0" w:color="auto"/>
        <w:right w:val="none" w:sz="0" w:space="0" w:color="auto"/>
      </w:divBdr>
    </w:div>
    <w:div w:id="393041670">
      <w:bodyDiv w:val="1"/>
      <w:marLeft w:val="0"/>
      <w:marRight w:val="0"/>
      <w:marTop w:val="0"/>
      <w:marBottom w:val="0"/>
      <w:divBdr>
        <w:top w:val="none" w:sz="0" w:space="0" w:color="auto"/>
        <w:left w:val="none" w:sz="0" w:space="0" w:color="auto"/>
        <w:bottom w:val="none" w:sz="0" w:space="0" w:color="auto"/>
        <w:right w:val="none" w:sz="0" w:space="0" w:color="auto"/>
      </w:divBdr>
    </w:div>
    <w:div w:id="472334253">
      <w:bodyDiv w:val="1"/>
      <w:marLeft w:val="0"/>
      <w:marRight w:val="0"/>
      <w:marTop w:val="0"/>
      <w:marBottom w:val="0"/>
      <w:divBdr>
        <w:top w:val="none" w:sz="0" w:space="0" w:color="auto"/>
        <w:left w:val="none" w:sz="0" w:space="0" w:color="auto"/>
        <w:bottom w:val="none" w:sz="0" w:space="0" w:color="auto"/>
        <w:right w:val="none" w:sz="0" w:space="0" w:color="auto"/>
      </w:divBdr>
    </w:div>
    <w:div w:id="213451606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15</Pages>
  <Words>1764</Words>
  <Characters>10056</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11797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Microsoft Office User</cp:lastModifiedBy>
  <cp:revision>14</cp:revision>
  <dcterms:created xsi:type="dcterms:W3CDTF">2013-12-23T23:15:00Z</dcterms:created>
  <dcterms:modified xsi:type="dcterms:W3CDTF">2025-12-08T07:08:00Z</dcterms:modified>
  <cp:category/>
</cp:coreProperties>
</file>